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4135" w:rsidRPr="008E2148" w:rsidRDefault="008A02AE">
      <w:pPr>
        <w:spacing w:after="40"/>
        <w:jc w:val="center"/>
        <w:rPr>
          <w:rFonts w:ascii="Times New Roman" w:eastAsia="標楷體" w:hAnsi="Times New Roman"/>
          <w:color w:val="auto"/>
          <w:sz w:val="32"/>
          <w:szCs w:val="32"/>
          <w:lang w:eastAsia="zh-TW"/>
        </w:rPr>
      </w:pPr>
      <w:r w:rsidRPr="008E2148">
        <w:rPr>
          <w:rFonts w:ascii="Times New Roman" w:eastAsia="標楷體" w:hAnsi="Times New Roman"/>
          <w:b/>
          <w:color w:val="auto"/>
          <w:sz w:val="32"/>
          <w:szCs w:val="32"/>
          <w:lang w:eastAsia="zh-TW"/>
        </w:rPr>
        <w:t>國立臺中教育大學教學助理基本資料表</w:t>
      </w:r>
    </w:p>
    <w:p w:rsidR="00A84135" w:rsidRPr="00BB6C36" w:rsidRDefault="008A02AE" w:rsidP="00E644B6">
      <w:pPr>
        <w:spacing w:after="0" w:line="240" w:lineRule="auto"/>
        <w:jc w:val="right"/>
        <w:rPr>
          <w:rFonts w:ascii="Times New Roman" w:eastAsia="標楷體" w:hAnsi="Times New Roman"/>
          <w:color w:val="auto"/>
          <w:sz w:val="24"/>
          <w:szCs w:val="20"/>
          <w:lang w:eastAsia="zh-TW"/>
        </w:rPr>
      </w:pPr>
      <w:r w:rsidRPr="00BB6C36">
        <w:rPr>
          <w:rFonts w:ascii="Times New Roman" w:eastAsia="標楷體" w:hAnsi="Times New Roman"/>
          <w:color w:val="auto"/>
          <w:sz w:val="24"/>
          <w:szCs w:val="20"/>
          <w:lang w:eastAsia="zh-TW"/>
        </w:rPr>
        <w:t>填表日期：</w:t>
      </w:r>
      <w:r w:rsidRPr="00BB6C36">
        <w:rPr>
          <w:rFonts w:ascii="Times New Roman" w:eastAsia="標楷體" w:hAnsi="Times New Roman"/>
          <w:color w:val="auto"/>
          <w:sz w:val="24"/>
          <w:szCs w:val="20"/>
          <w:lang w:eastAsia="zh-TW"/>
        </w:rPr>
        <w:t xml:space="preserve">______ </w:t>
      </w:r>
      <w:r w:rsidRPr="00BB6C36">
        <w:rPr>
          <w:rFonts w:ascii="Times New Roman" w:eastAsia="標楷體" w:hAnsi="Times New Roman"/>
          <w:color w:val="auto"/>
          <w:sz w:val="24"/>
          <w:szCs w:val="20"/>
          <w:lang w:eastAsia="zh-TW"/>
        </w:rPr>
        <w:t>年</w:t>
      </w:r>
      <w:r w:rsidRPr="00BB6C36">
        <w:rPr>
          <w:rFonts w:ascii="Times New Roman" w:eastAsia="標楷體" w:hAnsi="Times New Roman"/>
          <w:color w:val="auto"/>
          <w:sz w:val="24"/>
          <w:szCs w:val="20"/>
          <w:lang w:eastAsia="zh-TW"/>
        </w:rPr>
        <w:t xml:space="preserve"> ______ </w:t>
      </w:r>
      <w:r w:rsidRPr="00BB6C36">
        <w:rPr>
          <w:rFonts w:ascii="Times New Roman" w:eastAsia="標楷體" w:hAnsi="Times New Roman"/>
          <w:color w:val="auto"/>
          <w:sz w:val="24"/>
          <w:szCs w:val="20"/>
          <w:lang w:eastAsia="zh-TW"/>
        </w:rPr>
        <w:t>月</w:t>
      </w:r>
      <w:r w:rsidRPr="00BB6C36">
        <w:rPr>
          <w:rFonts w:ascii="Times New Roman" w:eastAsia="標楷體" w:hAnsi="Times New Roman"/>
          <w:color w:val="auto"/>
          <w:sz w:val="24"/>
          <w:szCs w:val="20"/>
          <w:lang w:eastAsia="zh-TW"/>
        </w:rPr>
        <w:t xml:space="preserve"> ______ </w:t>
      </w:r>
      <w:r w:rsidRPr="00BB6C36">
        <w:rPr>
          <w:rFonts w:ascii="Times New Roman" w:eastAsia="標楷體" w:hAnsi="Times New Roman"/>
          <w:color w:val="auto"/>
          <w:sz w:val="24"/>
          <w:szCs w:val="20"/>
          <w:lang w:eastAsia="zh-TW"/>
        </w:rPr>
        <w:t>日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435"/>
        <w:gridCol w:w="812"/>
        <w:gridCol w:w="1701"/>
        <w:gridCol w:w="283"/>
        <w:gridCol w:w="567"/>
        <w:gridCol w:w="709"/>
        <w:gridCol w:w="283"/>
        <w:gridCol w:w="426"/>
        <w:gridCol w:w="850"/>
        <w:gridCol w:w="2807"/>
      </w:tblGrid>
      <w:tr w:rsidR="008E2148" w:rsidRPr="008E2148" w:rsidTr="00DB3EC2">
        <w:trPr>
          <w:trHeight w:val="30"/>
          <w:jc w:val="center"/>
        </w:trPr>
        <w:tc>
          <w:tcPr>
            <w:tcW w:w="9873" w:type="dxa"/>
            <w:gridSpan w:val="10"/>
            <w:shd w:val="clear" w:color="auto" w:fill="D9D9D9" w:themeFill="background1" w:themeFillShade="D9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8E2148" w:rsidRPr="00610B1B" w:rsidRDefault="008E2148" w:rsidP="00610B1B">
            <w:pPr>
              <w:spacing w:after="100" w:afterAutospacing="1" w:line="240" w:lineRule="auto"/>
              <w:jc w:val="center"/>
              <w:rPr>
                <w:rFonts w:ascii="Times New Roman" w:eastAsia="標楷體" w:hAnsi="Times New Roman"/>
                <w:b/>
                <w:color w:val="auto"/>
                <w:sz w:val="24"/>
                <w:szCs w:val="24"/>
              </w:rPr>
            </w:pPr>
            <w:r w:rsidRPr="00610B1B">
              <w:rPr>
                <w:rFonts w:ascii="Times New Roman" w:eastAsia="標楷體" w:hAnsi="Times New Roman" w:hint="eastAsia"/>
                <w:b/>
                <w:color w:val="auto"/>
                <w:sz w:val="28"/>
                <w:szCs w:val="24"/>
              </w:rPr>
              <w:t>協助課程</w:t>
            </w:r>
            <w:r w:rsidRPr="00610B1B">
              <w:rPr>
                <w:rFonts w:ascii="Times New Roman" w:eastAsia="標楷體" w:hAnsi="Times New Roman"/>
                <w:b/>
                <w:color w:val="auto"/>
                <w:sz w:val="28"/>
                <w:szCs w:val="24"/>
              </w:rPr>
              <w:t>資料</w:t>
            </w:r>
          </w:p>
        </w:tc>
      </w:tr>
      <w:tr w:rsidR="008E2148" w:rsidRPr="008E2148" w:rsidTr="00DB3EC2">
        <w:trPr>
          <w:trHeight w:val="457"/>
          <w:jc w:val="center"/>
        </w:trPr>
        <w:tc>
          <w:tcPr>
            <w:tcW w:w="1435" w:type="dxa"/>
            <w:tcBorders>
              <w:bottom w:val="single" w:sz="18" w:space="0" w:color="auto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8E2148" w:rsidRPr="00610B1B" w:rsidRDefault="008E2148" w:rsidP="00610B1B">
            <w:pPr>
              <w:spacing w:after="100" w:afterAutospacing="1" w:line="240" w:lineRule="auto"/>
              <w:jc w:val="distribute"/>
              <w:rPr>
                <w:rFonts w:ascii="Times New Roman" w:eastAsia="標楷體" w:hAnsi="Times New Roman"/>
                <w:color w:val="auto"/>
                <w:sz w:val="24"/>
                <w:szCs w:val="24"/>
              </w:rPr>
            </w:pPr>
            <w:r w:rsidRPr="00610B1B">
              <w:rPr>
                <w:rFonts w:ascii="Times New Roman" w:eastAsia="標楷體" w:hAnsi="Times New Roman"/>
                <w:color w:val="auto"/>
                <w:sz w:val="24"/>
                <w:szCs w:val="24"/>
              </w:rPr>
              <w:t>授課教師姓名</w:t>
            </w:r>
          </w:p>
        </w:tc>
        <w:tc>
          <w:tcPr>
            <w:tcW w:w="4355" w:type="dxa"/>
            <w:gridSpan w:val="6"/>
            <w:tcBorders>
              <w:bottom w:val="single" w:sz="18" w:space="0" w:color="auto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8E2148" w:rsidRPr="00610B1B" w:rsidRDefault="008E2148" w:rsidP="00610B1B">
            <w:pPr>
              <w:spacing w:after="100" w:afterAutospacing="1" w:line="240" w:lineRule="auto"/>
              <w:jc w:val="center"/>
              <w:rPr>
                <w:rFonts w:ascii="Times New Roman" w:eastAsia="標楷體" w:hAnsi="Times New Roman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bottom w:val="single" w:sz="18" w:space="0" w:color="auto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8E2148" w:rsidRPr="00610B1B" w:rsidRDefault="008E2148" w:rsidP="00B54D09">
            <w:pPr>
              <w:spacing w:after="100" w:afterAutospacing="1" w:line="240" w:lineRule="auto"/>
              <w:jc w:val="distribute"/>
              <w:rPr>
                <w:rFonts w:ascii="Times New Roman" w:eastAsia="標楷體" w:hAnsi="Times New Roman"/>
                <w:color w:val="auto"/>
                <w:sz w:val="24"/>
                <w:szCs w:val="24"/>
              </w:rPr>
            </w:pPr>
            <w:r w:rsidRPr="00610B1B">
              <w:rPr>
                <w:rFonts w:ascii="Times New Roman" w:eastAsia="標楷體" w:hAnsi="Times New Roman"/>
                <w:color w:val="auto"/>
                <w:sz w:val="24"/>
                <w:szCs w:val="24"/>
              </w:rPr>
              <w:t>課程</w:t>
            </w:r>
            <w:r w:rsidR="00610B1B">
              <w:rPr>
                <w:rFonts w:ascii="Times New Roman" w:eastAsia="標楷體" w:hAnsi="Times New Roman" w:hint="eastAsia"/>
                <w:color w:val="auto"/>
                <w:sz w:val="24"/>
                <w:szCs w:val="24"/>
              </w:rPr>
              <w:t>名稱</w:t>
            </w:r>
          </w:p>
        </w:tc>
        <w:tc>
          <w:tcPr>
            <w:tcW w:w="2807" w:type="dxa"/>
            <w:tcBorders>
              <w:bottom w:val="single" w:sz="18" w:space="0" w:color="auto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8E2148" w:rsidRPr="00610B1B" w:rsidRDefault="008E2148" w:rsidP="00610B1B">
            <w:pPr>
              <w:spacing w:after="100" w:afterAutospacing="1" w:line="240" w:lineRule="auto"/>
              <w:jc w:val="center"/>
              <w:rPr>
                <w:rFonts w:ascii="Times New Roman" w:eastAsia="標楷體" w:hAnsi="Times New Roman"/>
                <w:color w:val="auto"/>
                <w:sz w:val="24"/>
                <w:szCs w:val="24"/>
              </w:rPr>
            </w:pPr>
          </w:p>
        </w:tc>
      </w:tr>
      <w:tr w:rsidR="00610B1B" w:rsidRPr="008E2148" w:rsidTr="00F83638">
        <w:trPr>
          <w:trHeight w:val="873"/>
          <w:jc w:val="center"/>
        </w:trPr>
        <w:tc>
          <w:tcPr>
            <w:tcW w:w="14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610B1B" w:rsidRPr="00610B1B" w:rsidRDefault="00610B1B" w:rsidP="00610B1B">
            <w:pPr>
              <w:spacing w:after="100" w:afterAutospacing="1" w:line="240" w:lineRule="auto"/>
              <w:jc w:val="distribute"/>
              <w:rPr>
                <w:rFonts w:ascii="Times New Roman" w:eastAsia="標楷體" w:hAnsi="Times New Roman"/>
                <w:color w:val="auto"/>
                <w:sz w:val="24"/>
                <w:szCs w:val="24"/>
              </w:rPr>
            </w:pPr>
            <w:r w:rsidRPr="00610B1B">
              <w:rPr>
                <w:rFonts w:ascii="Times New Roman" w:eastAsia="標楷體" w:hAnsi="Times New Roman"/>
                <w:color w:val="auto"/>
                <w:sz w:val="24"/>
                <w:szCs w:val="24"/>
              </w:rPr>
              <w:t>補助經費來源</w:t>
            </w:r>
          </w:p>
        </w:tc>
        <w:tc>
          <w:tcPr>
            <w:tcW w:w="4355" w:type="dxa"/>
            <w:gridSpan w:val="6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610B1B" w:rsidRDefault="00610B1B" w:rsidP="00610B1B">
            <w:pPr>
              <w:spacing w:after="0" w:line="240" w:lineRule="auto"/>
              <w:rPr>
                <w:rFonts w:ascii="Times New Roman" w:eastAsia="標楷體" w:hAnsi="Times New Roman"/>
                <w:color w:val="auto"/>
                <w:sz w:val="24"/>
                <w:szCs w:val="24"/>
                <w:lang w:eastAsia="zh-TW"/>
              </w:rPr>
            </w:pPr>
            <w:r w:rsidRPr="00610B1B">
              <w:rPr>
                <w:rFonts w:ascii="Segoe UI Symbol" w:eastAsia="標楷體" w:hAnsi="Segoe UI Symbol" w:cs="Segoe UI Symbol"/>
                <w:color w:val="auto"/>
                <w:sz w:val="24"/>
                <w:szCs w:val="24"/>
                <w:lang w:eastAsia="zh-TW"/>
              </w:rPr>
              <w:t>☐</w:t>
            </w:r>
            <w:r w:rsidRPr="00610B1B">
              <w:rPr>
                <w:rFonts w:ascii="Times New Roman" w:eastAsia="標楷體" w:hAnsi="Times New Roman"/>
                <w:color w:val="auto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Times New Roman" w:eastAsia="標楷體" w:hAnsi="Times New Roman"/>
                <w:color w:val="auto"/>
                <w:sz w:val="24"/>
                <w:szCs w:val="24"/>
                <w:lang w:eastAsia="zh-TW"/>
              </w:rPr>
              <w:t>校級經費</w:t>
            </w:r>
          </w:p>
          <w:p w:rsidR="00610B1B" w:rsidRDefault="00610B1B" w:rsidP="00610B1B">
            <w:pPr>
              <w:spacing w:after="0" w:line="240" w:lineRule="auto"/>
              <w:rPr>
                <w:rFonts w:ascii="Times New Roman" w:eastAsia="標楷體" w:hAnsi="Times New Roman"/>
                <w:color w:val="auto"/>
                <w:sz w:val="24"/>
                <w:szCs w:val="24"/>
                <w:lang w:eastAsia="zh-TW"/>
              </w:rPr>
            </w:pPr>
            <w:r w:rsidRPr="00610B1B">
              <w:rPr>
                <w:rFonts w:ascii="Segoe UI Symbol" w:eastAsia="標楷體" w:hAnsi="Segoe UI Symbol" w:cs="Segoe UI Symbol"/>
                <w:color w:val="auto"/>
                <w:sz w:val="24"/>
                <w:szCs w:val="24"/>
                <w:lang w:eastAsia="zh-TW"/>
              </w:rPr>
              <w:t>☐</w:t>
            </w:r>
            <w:r w:rsidRPr="00610B1B">
              <w:rPr>
                <w:rFonts w:ascii="Times New Roman" w:eastAsia="標楷體" w:hAnsi="Times New Roman"/>
                <w:color w:val="auto"/>
                <w:sz w:val="24"/>
                <w:szCs w:val="24"/>
                <w:lang w:eastAsia="zh-TW"/>
              </w:rPr>
              <w:t xml:space="preserve"> </w:t>
            </w:r>
            <w:r w:rsidRPr="00610B1B">
              <w:rPr>
                <w:rFonts w:ascii="Times New Roman" w:eastAsia="標楷體" w:hAnsi="Times New Roman"/>
                <w:color w:val="auto"/>
                <w:sz w:val="24"/>
                <w:szCs w:val="24"/>
                <w:lang w:eastAsia="zh-TW"/>
              </w:rPr>
              <w:t>外部經費（計畫名稱／代號：</w:t>
            </w:r>
            <w:r w:rsidRPr="00610B1B">
              <w:rPr>
                <w:rFonts w:ascii="Times New Roman" w:eastAsia="標楷體" w:hAnsi="Times New Roman"/>
                <w:color w:val="auto"/>
                <w:sz w:val="24"/>
                <w:szCs w:val="24"/>
                <w:lang w:eastAsia="zh-TW"/>
              </w:rPr>
              <w:t>_____________________________</w:t>
            </w:r>
            <w:r w:rsidRPr="00610B1B">
              <w:rPr>
                <w:rFonts w:ascii="Times New Roman" w:eastAsia="標楷體" w:hAnsi="Times New Roman"/>
                <w:color w:val="auto"/>
                <w:sz w:val="24"/>
                <w:szCs w:val="24"/>
                <w:lang w:eastAsia="zh-TW"/>
              </w:rPr>
              <w:t>）</w:t>
            </w:r>
          </w:p>
          <w:p w:rsidR="00610B1B" w:rsidRPr="00610B1B" w:rsidRDefault="00610B1B" w:rsidP="00610B1B">
            <w:pPr>
              <w:spacing w:after="0" w:line="240" w:lineRule="auto"/>
              <w:rPr>
                <w:rFonts w:ascii="Times New Roman" w:eastAsia="標楷體" w:hAnsi="Times New Roman"/>
                <w:color w:val="auto"/>
                <w:sz w:val="24"/>
                <w:szCs w:val="24"/>
                <w:lang w:eastAsia="zh-TW"/>
              </w:rPr>
            </w:pPr>
            <w:r w:rsidRPr="00610B1B">
              <w:rPr>
                <w:rFonts w:ascii="Times New Roman" w:eastAsia="標楷體" w:hAnsi="Times New Roman"/>
                <w:color w:val="auto"/>
                <w:sz w:val="24"/>
                <w:szCs w:val="24"/>
                <w:lang w:eastAsia="zh-TW"/>
              </w:rPr>
              <w:t>(</w:t>
            </w:r>
            <w:r w:rsidRPr="00610B1B">
              <w:rPr>
                <w:rFonts w:ascii="Times New Roman" w:eastAsia="標楷體" w:hAnsi="Times New Roman" w:cs="微軟正黑體"/>
                <w:color w:val="auto"/>
                <w:sz w:val="24"/>
                <w:szCs w:val="24"/>
                <w:lang w:eastAsia="zh-TW"/>
              </w:rPr>
              <w:t>由教學發展組填寫，送件時請勿填寫</w:t>
            </w:r>
            <w:r w:rsidRPr="00610B1B">
              <w:rPr>
                <w:rFonts w:ascii="Times New Roman" w:eastAsia="標楷體" w:hAnsi="Times New Roman" w:cs="微軟正黑體"/>
                <w:color w:val="auto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610B1B" w:rsidRPr="00610B1B" w:rsidRDefault="00610B1B" w:rsidP="00B54D09">
            <w:pPr>
              <w:spacing w:after="100" w:afterAutospacing="1" w:line="240" w:lineRule="auto"/>
              <w:jc w:val="distribute"/>
              <w:rPr>
                <w:rFonts w:ascii="Times New Roman" w:eastAsia="標楷體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color w:val="auto"/>
                <w:sz w:val="24"/>
                <w:szCs w:val="24"/>
              </w:rPr>
              <w:t>編</w:t>
            </w:r>
            <w:r>
              <w:rPr>
                <w:rFonts w:ascii="Times New Roman" w:eastAsia="標楷體" w:hAnsi="Times New Roman" w:hint="eastAsia"/>
                <w:color w:val="auto"/>
                <w:sz w:val="24"/>
                <w:szCs w:val="24"/>
              </w:rPr>
              <w:t xml:space="preserve">       </w:t>
            </w:r>
            <w:r>
              <w:rPr>
                <w:rFonts w:ascii="Times New Roman" w:eastAsia="標楷體" w:hAnsi="Times New Roman" w:hint="eastAsia"/>
                <w:color w:val="auto"/>
                <w:sz w:val="24"/>
                <w:szCs w:val="24"/>
              </w:rPr>
              <w:t>號</w:t>
            </w:r>
          </w:p>
        </w:tc>
        <w:tc>
          <w:tcPr>
            <w:tcW w:w="2807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610B1B" w:rsidRPr="00610B1B" w:rsidRDefault="00610B1B" w:rsidP="00610B1B">
            <w:pPr>
              <w:spacing w:after="100" w:afterAutospacing="1" w:line="240" w:lineRule="auto"/>
              <w:jc w:val="center"/>
              <w:rPr>
                <w:rFonts w:ascii="Times New Roman" w:eastAsia="標楷體" w:hAnsi="Times New Roman"/>
                <w:color w:val="auto"/>
                <w:sz w:val="24"/>
                <w:szCs w:val="24"/>
                <w:lang w:eastAsia="zh-TW"/>
              </w:rPr>
            </w:pPr>
          </w:p>
        </w:tc>
      </w:tr>
      <w:tr w:rsidR="008E2148" w:rsidRPr="008E2148" w:rsidTr="00610B1B">
        <w:trPr>
          <w:jc w:val="center"/>
        </w:trPr>
        <w:tc>
          <w:tcPr>
            <w:tcW w:w="1435" w:type="dxa"/>
            <w:tcBorders>
              <w:top w:val="single" w:sz="18" w:space="0" w:color="auto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8E2148" w:rsidRPr="00610B1B" w:rsidRDefault="008E2148" w:rsidP="00B54D09">
            <w:pPr>
              <w:spacing w:after="100" w:afterAutospacing="1" w:line="240" w:lineRule="auto"/>
              <w:jc w:val="distribute"/>
              <w:rPr>
                <w:rFonts w:ascii="Times New Roman" w:eastAsia="標楷體" w:hAnsi="Times New Roman"/>
                <w:color w:val="auto"/>
                <w:sz w:val="24"/>
                <w:szCs w:val="24"/>
              </w:rPr>
            </w:pPr>
            <w:r w:rsidRPr="00610B1B">
              <w:rPr>
                <w:rFonts w:ascii="Times New Roman" w:eastAsia="標楷體" w:hAnsi="Times New Roman"/>
                <w:color w:val="auto"/>
                <w:sz w:val="24"/>
                <w:szCs w:val="24"/>
              </w:rPr>
              <w:t>教學助理類別</w:t>
            </w:r>
            <w:r w:rsidRPr="00610B1B">
              <w:rPr>
                <w:rFonts w:ascii="Times New Roman" w:eastAsia="標楷體" w:hAnsi="Times New Roman"/>
                <w:color w:val="auto"/>
                <w:sz w:val="24"/>
                <w:szCs w:val="24"/>
              </w:rPr>
              <w:br/>
              <w:t>(</w:t>
            </w:r>
            <w:r w:rsidRPr="00610B1B">
              <w:rPr>
                <w:rFonts w:ascii="Times New Roman" w:eastAsia="標楷體" w:hAnsi="Times New Roman"/>
                <w:color w:val="auto"/>
                <w:sz w:val="24"/>
                <w:szCs w:val="24"/>
              </w:rPr>
              <w:t>請單選</w:t>
            </w:r>
            <w:r w:rsidRPr="00610B1B">
              <w:rPr>
                <w:rFonts w:ascii="Times New Roman" w:eastAsia="標楷體" w:hAnsi="Times New Roman"/>
                <w:color w:val="auto"/>
                <w:sz w:val="24"/>
                <w:szCs w:val="24"/>
              </w:rPr>
              <w:t>)</w:t>
            </w:r>
          </w:p>
        </w:tc>
        <w:tc>
          <w:tcPr>
            <w:tcW w:w="8438" w:type="dxa"/>
            <w:gridSpan w:val="9"/>
            <w:tcBorders>
              <w:top w:val="single" w:sz="18" w:space="0" w:color="auto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610B1B" w:rsidRDefault="00610B1B" w:rsidP="00610B1B">
            <w:pPr>
              <w:spacing w:after="0" w:line="240" w:lineRule="auto"/>
              <w:rPr>
                <w:rFonts w:ascii="Segoe UI Symbol" w:eastAsia="標楷體" w:hAnsi="Segoe UI Symbol" w:cs="Segoe UI Symbol"/>
                <w:color w:val="auto"/>
                <w:sz w:val="24"/>
                <w:szCs w:val="24"/>
                <w:lang w:eastAsia="zh-TW"/>
              </w:rPr>
            </w:pPr>
            <w:r w:rsidRPr="00EA1EE5">
              <w:rPr>
                <w:rFonts w:ascii="標楷體" w:eastAsia="標楷體" w:hAnsi="標楷體"/>
                <w:lang w:eastAsia="zh-TW"/>
              </w:rPr>
              <w:t>□</w:t>
            </w:r>
            <w:r>
              <w:rPr>
                <w:rFonts w:ascii="Segoe UI Symbol" w:eastAsia="標楷體" w:hAnsi="Segoe UI Symbol" w:cs="Segoe UI Symbol"/>
                <w:color w:val="auto"/>
                <w:sz w:val="24"/>
                <w:szCs w:val="24"/>
                <w:lang w:eastAsia="zh-TW"/>
              </w:rPr>
              <w:t>講座（含客座）教授教學助理</w:t>
            </w:r>
            <w:r>
              <w:rPr>
                <w:rFonts w:ascii="Segoe UI Symbol" w:eastAsia="標楷體" w:hAnsi="Segoe UI Symbol" w:cs="Segoe UI Symbol"/>
                <w:color w:val="auto"/>
                <w:sz w:val="24"/>
                <w:szCs w:val="24"/>
                <w:lang w:eastAsia="zh-TW"/>
              </w:rPr>
              <w:t xml:space="preserve"> </w:t>
            </w:r>
            <w:r w:rsidRPr="00EA1EE5">
              <w:rPr>
                <w:rFonts w:ascii="標楷體" w:eastAsia="標楷體" w:hAnsi="標楷體"/>
                <w:lang w:eastAsia="zh-TW"/>
              </w:rPr>
              <w:t>□</w:t>
            </w:r>
            <w:r>
              <w:rPr>
                <w:rFonts w:ascii="Segoe UI Symbol" w:eastAsia="標楷體" w:hAnsi="Segoe UI Symbol" w:cs="Segoe UI Symbol"/>
                <w:color w:val="auto"/>
                <w:sz w:val="24"/>
                <w:szCs w:val="24"/>
                <w:lang w:eastAsia="zh-TW"/>
              </w:rPr>
              <w:t>大班授課教學助理</w:t>
            </w:r>
            <w:r>
              <w:rPr>
                <w:rFonts w:ascii="Segoe UI Symbol" w:eastAsia="標楷體" w:hAnsi="Segoe UI Symbol" w:cs="Segoe UI Symbol"/>
                <w:color w:val="auto"/>
                <w:sz w:val="24"/>
                <w:szCs w:val="24"/>
                <w:lang w:eastAsia="zh-TW"/>
              </w:rPr>
              <w:t xml:space="preserve"> </w:t>
            </w:r>
          </w:p>
          <w:p w:rsidR="008E2148" w:rsidRPr="00610B1B" w:rsidRDefault="00610B1B" w:rsidP="00610B1B">
            <w:pPr>
              <w:spacing w:after="0" w:line="240" w:lineRule="auto"/>
              <w:rPr>
                <w:rFonts w:ascii="Segoe UI Symbol" w:eastAsia="標楷體" w:hAnsi="Segoe UI Symbol" w:cs="Segoe UI Symbol"/>
                <w:color w:val="auto"/>
                <w:sz w:val="24"/>
                <w:szCs w:val="24"/>
                <w:lang w:eastAsia="zh-TW"/>
              </w:rPr>
            </w:pPr>
            <w:r w:rsidRPr="00EA1EE5">
              <w:rPr>
                <w:rFonts w:ascii="標楷體" w:eastAsia="標楷體" w:hAnsi="標楷體"/>
                <w:lang w:eastAsia="zh-TW"/>
              </w:rPr>
              <w:t>□</w:t>
            </w:r>
            <w:r w:rsidR="008E2148" w:rsidRPr="00610B1B">
              <w:rPr>
                <w:rFonts w:ascii="Segoe UI Symbol" w:eastAsia="標楷體" w:hAnsi="Segoe UI Symbol" w:cs="Segoe UI Symbol"/>
                <w:color w:val="auto"/>
                <w:sz w:val="24"/>
                <w:szCs w:val="24"/>
                <w:lang w:eastAsia="zh-TW"/>
              </w:rPr>
              <w:t>師資培育教學實驗室教學助理</w:t>
            </w:r>
            <w:r w:rsidR="008E2148" w:rsidRPr="00610B1B">
              <w:rPr>
                <w:rFonts w:ascii="Segoe UI Symbol" w:eastAsia="標楷體" w:hAnsi="Segoe UI Symbol" w:cs="Segoe UI Symbol"/>
                <w:color w:val="auto"/>
                <w:sz w:val="24"/>
                <w:szCs w:val="24"/>
                <w:lang w:eastAsia="zh-TW"/>
              </w:rPr>
              <w:br/>
            </w:r>
            <w:r w:rsidRPr="00EA1EE5">
              <w:rPr>
                <w:rFonts w:ascii="標楷體" w:eastAsia="標楷體" w:hAnsi="標楷體"/>
                <w:lang w:eastAsia="zh-TW"/>
              </w:rPr>
              <w:t>□</w:t>
            </w:r>
            <w:r w:rsidR="008E2148" w:rsidRPr="00610B1B">
              <w:rPr>
                <w:rFonts w:ascii="Segoe UI Symbol" w:eastAsia="標楷體" w:hAnsi="Segoe UI Symbol" w:cs="Segoe UI Symbol"/>
                <w:color w:val="auto"/>
                <w:sz w:val="24"/>
                <w:szCs w:val="24"/>
                <w:lang w:eastAsia="zh-TW"/>
              </w:rPr>
              <w:t>身心障礙教師教學助理</w:t>
            </w:r>
            <w:r>
              <w:rPr>
                <w:rFonts w:ascii="Segoe UI Symbol" w:eastAsia="標楷體" w:hAnsi="Segoe UI Symbol" w:cs="Segoe UI Symbol"/>
                <w:color w:val="auto"/>
                <w:sz w:val="24"/>
                <w:szCs w:val="24"/>
                <w:lang w:eastAsia="zh-TW"/>
              </w:rPr>
              <w:t xml:space="preserve"> </w:t>
            </w:r>
            <w:r w:rsidRPr="00EA1EE5">
              <w:rPr>
                <w:rFonts w:ascii="標楷體" w:eastAsia="標楷體" w:hAnsi="標楷體"/>
                <w:lang w:eastAsia="zh-TW"/>
              </w:rPr>
              <w:t>□</w:t>
            </w:r>
            <w:r w:rsidR="008E2148" w:rsidRPr="00610B1B">
              <w:rPr>
                <w:rFonts w:ascii="Segoe UI Symbol" w:eastAsia="標楷體" w:hAnsi="Segoe UI Symbol" w:cs="Segoe UI Symbol"/>
                <w:color w:val="auto"/>
                <w:sz w:val="24"/>
                <w:szCs w:val="24"/>
                <w:lang w:eastAsia="zh-TW"/>
              </w:rPr>
              <w:t>實作、演習及術科類教學助理</w:t>
            </w:r>
            <w:r>
              <w:rPr>
                <w:rFonts w:ascii="Segoe UI Symbol" w:eastAsia="標楷體" w:hAnsi="Segoe UI Symbol" w:cs="Segoe UI Symbol"/>
                <w:color w:val="auto"/>
                <w:sz w:val="24"/>
                <w:szCs w:val="24"/>
                <w:lang w:eastAsia="zh-TW"/>
              </w:rPr>
              <w:t xml:space="preserve"> </w:t>
            </w:r>
            <w:r w:rsidRPr="00EA1EE5">
              <w:rPr>
                <w:rFonts w:ascii="標楷體" w:eastAsia="標楷體" w:hAnsi="標楷體"/>
                <w:lang w:eastAsia="zh-TW"/>
              </w:rPr>
              <w:t>□</w:t>
            </w:r>
            <w:r w:rsidR="008E2148" w:rsidRPr="00610B1B">
              <w:rPr>
                <w:rFonts w:ascii="Segoe UI Symbol" w:eastAsia="標楷體" w:hAnsi="Segoe UI Symbol" w:cs="Segoe UI Symbol"/>
                <w:color w:val="auto"/>
                <w:sz w:val="24"/>
                <w:szCs w:val="24"/>
                <w:lang w:eastAsia="zh-TW"/>
              </w:rPr>
              <w:t>語文類教學助理</w:t>
            </w:r>
            <w:r w:rsidR="008E2148" w:rsidRPr="00610B1B">
              <w:rPr>
                <w:rFonts w:ascii="Segoe UI Symbol" w:eastAsia="標楷體" w:hAnsi="Segoe UI Symbol" w:cs="Segoe UI Symbol"/>
                <w:color w:val="auto"/>
                <w:sz w:val="24"/>
                <w:szCs w:val="24"/>
                <w:lang w:eastAsia="zh-TW"/>
              </w:rPr>
              <w:br/>
            </w:r>
            <w:r w:rsidRPr="00EA1EE5">
              <w:rPr>
                <w:rFonts w:ascii="標楷體" w:eastAsia="標楷體" w:hAnsi="標楷體"/>
                <w:lang w:eastAsia="zh-TW"/>
              </w:rPr>
              <w:t>□</w:t>
            </w:r>
            <w:r w:rsidR="008E2148" w:rsidRPr="00610B1B">
              <w:rPr>
                <w:rFonts w:ascii="Segoe UI Symbol" w:eastAsia="標楷體" w:hAnsi="Segoe UI Symbol" w:cs="Segoe UI Symbol"/>
                <w:color w:val="auto"/>
                <w:sz w:val="24"/>
                <w:szCs w:val="24"/>
                <w:lang w:eastAsia="zh-TW"/>
              </w:rPr>
              <w:t>討論類教學助理</w:t>
            </w:r>
            <w:r>
              <w:rPr>
                <w:rFonts w:ascii="Segoe UI Symbol" w:eastAsia="標楷體" w:hAnsi="Segoe UI Symbol" w:cs="Segoe UI Symbol"/>
                <w:color w:val="auto"/>
                <w:sz w:val="24"/>
                <w:szCs w:val="24"/>
                <w:lang w:eastAsia="zh-TW"/>
              </w:rPr>
              <w:t xml:space="preserve"> </w:t>
            </w:r>
            <w:r w:rsidRPr="00EA1EE5">
              <w:rPr>
                <w:rFonts w:ascii="標楷體" w:eastAsia="標楷體" w:hAnsi="標楷體"/>
                <w:lang w:eastAsia="zh-TW"/>
              </w:rPr>
              <w:t>□</w:t>
            </w:r>
            <w:r w:rsidR="008E2148" w:rsidRPr="00610B1B">
              <w:rPr>
                <w:rFonts w:ascii="Segoe UI Symbol" w:eastAsia="標楷體" w:hAnsi="Segoe UI Symbol" w:cs="Segoe UI Symbol"/>
                <w:color w:val="auto"/>
                <w:sz w:val="24"/>
                <w:szCs w:val="24"/>
                <w:lang w:eastAsia="zh-TW"/>
              </w:rPr>
              <w:t>其他：</w:t>
            </w:r>
            <w:r w:rsidR="008E2148" w:rsidRPr="00610B1B">
              <w:rPr>
                <w:rFonts w:ascii="Segoe UI Symbol" w:eastAsia="標楷體" w:hAnsi="Segoe UI Symbol" w:cs="Segoe UI Symbol"/>
                <w:color w:val="auto"/>
                <w:sz w:val="24"/>
                <w:szCs w:val="24"/>
                <w:lang w:eastAsia="zh-TW"/>
              </w:rPr>
              <w:t>____________________</w:t>
            </w:r>
          </w:p>
        </w:tc>
      </w:tr>
      <w:tr w:rsidR="008E2148" w:rsidRPr="008E2148" w:rsidTr="00610B1B">
        <w:trPr>
          <w:jc w:val="center"/>
        </w:trPr>
        <w:tc>
          <w:tcPr>
            <w:tcW w:w="1435" w:type="dxa"/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8E2148" w:rsidRPr="00610B1B" w:rsidRDefault="008E2148" w:rsidP="00B54D09">
            <w:pPr>
              <w:spacing w:after="100" w:afterAutospacing="1" w:line="240" w:lineRule="auto"/>
              <w:jc w:val="distribute"/>
              <w:rPr>
                <w:rFonts w:ascii="Times New Roman" w:eastAsia="標楷體" w:hAnsi="Times New Roman"/>
                <w:color w:val="auto"/>
                <w:sz w:val="24"/>
                <w:szCs w:val="24"/>
              </w:rPr>
            </w:pPr>
            <w:r w:rsidRPr="00610B1B">
              <w:rPr>
                <w:rFonts w:ascii="Times New Roman" w:eastAsia="標楷體" w:hAnsi="Times New Roman"/>
                <w:color w:val="auto"/>
                <w:sz w:val="24"/>
                <w:szCs w:val="24"/>
              </w:rPr>
              <w:t>工作類型</w:t>
            </w:r>
            <w:r w:rsidRPr="00610B1B">
              <w:rPr>
                <w:rFonts w:ascii="Times New Roman" w:eastAsia="標楷體" w:hAnsi="Times New Roman"/>
                <w:color w:val="auto"/>
                <w:sz w:val="24"/>
                <w:szCs w:val="24"/>
              </w:rPr>
              <w:br/>
              <w:t>(</w:t>
            </w:r>
            <w:r w:rsidRPr="00610B1B">
              <w:rPr>
                <w:rFonts w:ascii="Times New Roman" w:eastAsia="標楷體" w:hAnsi="Times New Roman"/>
                <w:color w:val="auto"/>
                <w:sz w:val="24"/>
                <w:szCs w:val="24"/>
              </w:rPr>
              <w:t>可複選</w:t>
            </w:r>
            <w:r w:rsidRPr="00610B1B">
              <w:rPr>
                <w:rFonts w:ascii="Times New Roman" w:eastAsia="標楷體" w:hAnsi="Times New Roman"/>
                <w:color w:val="auto"/>
                <w:sz w:val="24"/>
                <w:szCs w:val="24"/>
              </w:rPr>
              <w:t>)</w:t>
            </w:r>
          </w:p>
        </w:tc>
        <w:tc>
          <w:tcPr>
            <w:tcW w:w="8438" w:type="dxa"/>
            <w:gridSpan w:val="9"/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8E2148" w:rsidRPr="00610B1B" w:rsidRDefault="00610B1B" w:rsidP="00610B1B">
            <w:pPr>
              <w:spacing w:after="0" w:line="240" w:lineRule="auto"/>
              <w:rPr>
                <w:rFonts w:ascii="Times New Roman" w:eastAsia="標楷體" w:hAnsi="Times New Roman"/>
                <w:color w:val="auto"/>
                <w:sz w:val="24"/>
                <w:szCs w:val="24"/>
                <w:lang w:eastAsia="zh-TW"/>
              </w:rPr>
            </w:pPr>
            <w:r w:rsidRPr="00EA1EE5">
              <w:rPr>
                <w:rFonts w:ascii="標楷體" w:eastAsia="標楷體" w:hAnsi="標楷體"/>
                <w:lang w:eastAsia="zh-TW"/>
              </w:rPr>
              <w:t>□</w:t>
            </w:r>
            <w:r w:rsidR="008E2148" w:rsidRPr="00610B1B">
              <w:rPr>
                <w:rFonts w:ascii="標楷體" w:eastAsia="標楷體" w:hAnsi="標楷體"/>
                <w:sz w:val="24"/>
                <w:lang w:eastAsia="zh-TW"/>
              </w:rPr>
              <w:t>協助蒐集教學資料</w:t>
            </w:r>
            <w:r>
              <w:rPr>
                <w:rFonts w:ascii="標楷體" w:eastAsia="標楷體" w:hAnsi="標楷體"/>
                <w:sz w:val="24"/>
                <w:lang w:eastAsia="zh-TW"/>
              </w:rPr>
              <w:t xml:space="preserve"> </w:t>
            </w:r>
            <w:r w:rsidRPr="00EA1EE5">
              <w:rPr>
                <w:rFonts w:ascii="標楷體" w:eastAsia="標楷體" w:hAnsi="標楷體"/>
                <w:lang w:eastAsia="zh-TW"/>
              </w:rPr>
              <w:t>□</w:t>
            </w:r>
            <w:r w:rsidR="008E2148" w:rsidRPr="00610B1B">
              <w:rPr>
                <w:rFonts w:ascii="標楷體" w:eastAsia="標楷體" w:hAnsi="標楷體"/>
                <w:sz w:val="24"/>
                <w:lang w:eastAsia="zh-TW"/>
              </w:rPr>
              <w:t>協助帶領分組討論、實驗或實作</w:t>
            </w:r>
            <w:r>
              <w:rPr>
                <w:rFonts w:ascii="標楷體" w:eastAsia="標楷體" w:hAnsi="標楷體"/>
                <w:sz w:val="24"/>
                <w:lang w:eastAsia="zh-TW"/>
              </w:rPr>
              <w:t xml:space="preserve"> </w:t>
            </w:r>
            <w:r w:rsidRPr="00EA1EE5">
              <w:rPr>
                <w:rFonts w:ascii="標楷體" w:eastAsia="標楷體" w:hAnsi="標楷體"/>
                <w:lang w:eastAsia="zh-TW"/>
              </w:rPr>
              <w:t>□</w:t>
            </w:r>
            <w:r w:rsidR="008E2148" w:rsidRPr="00610B1B">
              <w:rPr>
                <w:rFonts w:ascii="標楷體" w:eastAsia="標楷體" w:hAnsi="標楷體"/>
                <w:sz w:val="24"/>
                <w:lang w:eastAsia="zh-TW"/>
              </w:rPr>
              <w:t>參與聆聽上課內容</w:t>
            </w:r>
            <w:r w:rsidR="008E2148" w:rsidRPr="00610B1B">
              <w:rPr>
                <w:rFonts w:ascii="標楷體" w:eastAsia="標楷體" w:hAnsi="標楷體"/>
                <w:sz w:val="24"/>
                <w:lang w:eastAsia="zh-TW"/>
              </w:rPr>
              <w:br/>
            </w:r>
            <w:r w:rsidRPr="00EA1EE5">
              <w:rPr>
                <w:rFonts w:ascii="標楷體" w:eastAsia="標楷體" w:hAnsi="標楷體"/>
                <w:lang w:eastAsia="zh-TW"/>
              </w:rPr>
              <w:t>□</w:t>
            </w:r>
            <w:r w:rsidR="008E2148" w:rsidRPr="00610B1B">
              <w:rPr>
                <w:rFonts w:ascii="標楷體" w:eastAsia="標楷體" w:hAnsi="標楷體"/>
                <w:sz w:val="24"/>
                <w:lang w:eastAsia="zh-TW"/>
              </w:rPr>
              <w:t>協助批改學生作業或報告</w:t>
            </w:r>
            <w:r>
              <w:rPr>
                <w:rFonts w:ascii="標楷體" w:eastAsia="標楷體" w:hAnsi="標楷體"/>
                <w:sz w:val="24"/>
                <w:lang w:eastAsia="zh-TW"/>
              </w:rPr>
              <w:t xml:space="preserve"> </w:t>
            </w:r>
            <w:r w:rsidRPr="00EA1EE5">
              <w:rPr>
                <w:rFonts w:ascii="標楷體" w:eastAsia="標楷體" w:hAnsi="標楷體"/>
                <w:lang w:eastAsia="zh-TW"/>
              </w:rPr>
              <w:t>□</w:t>
            </w:r>
            <w:r w:rsidR="008E2148" w:rsidRPr="00610B1B">
              <w:rPr>
                <w:rFonts w:ascii="標楷體" w:eastAsia="標楷體" w:hAnsi="標楷體"/>
                <w:sz w:val="24"/>
                <w:lang w:eastAsia="zh-TW"/>
              </w:rPr>
              <w:t>協助製作教學教材</w:t>
            </w:r>
            <w:r>
              <w:rPr>
                <w:rFonts w:ascii="標楷體" w:eastAsia="標楷體" w:hAnsi="標楷體"/>
                <w:sz w:val="24"/>
                <w:lang w:eastAsia="zh-TW"/>
              </w:rPr>
              <w:t xml:space="preserve"> </w:t>
            </w:r>
            <w:r w:rsidRPr="00EA1EE5">
              <w:rPr>
                <w:rFonts w:ascii="標楷體" w:eastAsia="標楷體" w:hAnsi="標楷體"/>
                <w:lang w:eastAsia="zh-TW"/>
              </w:rPr>
              <w:t>□</w:t>
            </w:r>
            <w:r w:rsidR="008E2148" w:rsidRPr="00610B1B">
              <w:rPr>
                <w:rFonts w:ascii="標楷體" w:eastAsia="標楷體" w:hAnsi="標楷體"/>
                <w:sz w:val="24"/>
                <w:lang w:eastAsia="zh-TW"/>
              </w:rPr>
              <w:t>協助指導學生課業問題</w:t>
            </w:r>
            <w:r w:rsidR="008E2148" w:rsidRPr="00610B1B">
              <w:rPr>
                <w:rFonts w:ascii="標楷體" w:eastAsia="標楷體" w:hAnsi="標楷體"/>
                <w:sz w:val="24"/>
                <w:lang w:eastAsia="zh-TW"/>
              </w:rPr>
              <w:br/>
            </w:r>
            <w:r w:rsidRPr="00EA1EE5">
              <w:rPr>
                <w:rFonts w:ascii="標楷體" w:eastAsia="標楷體" w:hAnsi="標楷體"/>
                <w:lang w:eastAsia="zh-TW"/>
              </w:rPr>
              <w:t>□</w:t>
            </w:r>
            <w:r w:rsidR="008E2148" w:rsidRPr="00610B1B">
              <w:rPr>
                <w:rFonts w:ascii="標楷體" w:eastAsia="標楷體" w:hAnsi="標楷體"/>
                <w:sz w:val="24"/>
                <w:lang w:eastAsia="zh-TW"/>
              </w:rPr>
              <w:t>協助網頁維護</w:t>
            </w:r>
            <w:r>
              <w:rPr>
                <w:rFonts w:ascii="標楷體" w:eastAsia="標楷體" w:hAnsi="標楷體"/>
                <w:sz w:val="24"/>
                <w:lang w:eastAsia="zh-TW"/>
              </w:rPr>
              <w:t xml:space="preserve"> </w:t>
            </w:r>
            <w:r w:rsidRPr="00EA1EE5">
              <w:rPr>
                <w:rFonts w:ascii="標楷體" w:eastAsia="標楷體" w:hAnsi="標楷體"/>
                <w:lang w:eastAsia="zh-TW"/>
              </w:rPr>
              <w:t>□</w:t>
            </w:r>
            <w:r w:rsidR="008E2148" w:rsidRPr="00610B1B">
              <w:rPr>
                <w:rFonts w:ascii="標楷體" w:eastAsia="標楷體" w:hAnsi="標楷體"/>
                <w:sz w:val="24"/>
                <w:lang w:eastAsia="zh-TW"/>
              </w:rPr>
              <w:t>其他：____________________</w:t>
            </w:r>
          </w:p>
        </w:tc>
      </w:tr>
      <w:tr w:rsidR="00610B1B" w:rsidRPr="008E2148" w:rsidTr="00610B1B">
        <w:trPr>
          <w:jc w:val="center"/>
        </w:trPr>
        <w:tc>
          <w:tcPr>
            <w:tcW w:w="9873" w:type="dxa"/>
            <w:gridSpan w:val="10"/>
            <w:tcBorders>
              <w:bottom w:val="single" w:sz="8" w:space="0" w:color="auto"/>
            </w:tcBorders>
            <w:shd w:val="clear" w:color="auto" w:fill="D9D9D9" w:themeFill="background1" w:themeFillShade="D9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610B1B" w:rsidRPr="00610B1B" w:rsidRDefault="00610B1B" w:rsidP="00610B1B">
            <w:pPr>
              <w:spacing w:after="0" w:line="240" w:lineRule="auto"/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 w:rsidRPr="00610B1B">
              <w:rPr>
                <w:rFonts w:ascii="Times New Roman" w:eastAsia="標楷體" w:hAnsi="Times New Roman"/>
                <w:b/>
                <w:color w:val="auto"/>
                <w:sz w:val="28"/>
                <w:szCs w:val="24"/>
                <w:lang w:eastAsia="zh-TW"/>
              </w:rPr>
              <w:t>教學助理個人基本資料</w:t>
            </w:r>
          </w:p>
        </w:tc>
      </w:tr>
      <w:tr w:rsidR="00610B1B" w:rsidRPr="00610B1B" w:rsidTr="00B54D09">
        <w:trPr>
          <w:jc w:val="center"/>
        </w:trPr>
        <w:tc>
          <w:tcPr>
            <w:tcW w:w="14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610B1B" w:rsidRPr="00610B1B" w:rsidRDefault="00610B1B" w:rsidP="00B54D09">
            <w:pPr>
              <w:spacing w:after="100" w:afterAutospacing="1" w:line="240" w:lineRule="auto"/>
              <w:jc w:val="distribute"/>
              <w:rPr>
                <w:rFonts w:ascii="Times New Roman" w:eastAsia="標楷體" w:hAnsi="Times New Roman"/>
                <w:color w:val="auto"/>
                <w:sz w:val="24"/>
                <w:szCs w:val="24"/>
              </w:rPr>
            </w:pPr>
            <w:r w:rsidRPr="00610B1B">
              <w:rPr>
                <w:rFonts w:ascii="Times New Roman" w:eastAsia="標楷體" w:hAnsi="Times New Roman"/>
                <w:color w:val="auto"/>
                <w:sz w:val="24"/>
                <w:szCs w:val="24"/>
              </w:rPr>
              <w:t>姓名</w:t>
            </w:r>
          </w:p>
        </w:tc>
        <w:tc>
          <w:tcPr>
            <w:tcW w:w="279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610B1B" w:rsidRPr="00610B1B" w:rsidRDefault="00610B1B" w:rsidP="00EF06B7">
            <w:pPr>
              <w:spacing w:after="100" w:afterAutospacing="1" w:line="240" w:lineRule="auto"/>
              <w:jc w:val="center"/>
              <w:rPr>
                <w:rFonts w:ascii="Times New Roman" w:eastAsia="標楷體" w:hAnsi="Times New Roman"/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610B1B" w:rsidRPr="00610B1B" w:rsidRDefault="00B54D09" w:rsidP="00B54D09">
            <w:pPr>
              <w:spacing w:after="100" w:afterAutospacing="1" w:line="240" w:lineRule="auto"/>
              <w:jc w:val="distribute"/>
              <w:rPr>
                <w:rFonts w:ascii="Times New Roman" w:eastAsia="標楷體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color w:val="auto"/>
                <w:sz w:val="24"/>
                <w:szCs w:val="24"/>
              </w:rPr>
              <w:t>學號</w:t>
            </w:r>
          </w:p>
        </w:tc>
        <w:tc>
          <w:tcPr>
            <w:tcW w:w="365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610B1B" w:rsidRPr="00610B1B" w:rsidRDefault="00610B1B" w:rsidP="00EF06B7">
            <w:pPr>
              <w:spacing w:after="100" w:afterAutospacing="1" w:line="240" w:lineRule="auto"/>
              <w:jc w:val="center"/>
              <w:rPr>
                <w:rFonts w:ascii="Times New Roman" w:eastAsia="標楷體" w:hAnsi="Times New Roman"/>
                <w:color w:val="auto"/>
                <w:sz w:val="24"/>
                <w:szCs w:val="24"/>
              </w:rPr>
            </w:pPr>
          </w:p>
        </w:tc>
      </w:tr>
      <w:tr w:rsidR="00B54D09" w:rsidRPr="00610B1B" w:rsidTr="00B54D09">
        <w:trPr>
          <w:jc w:val="center"/>
        </w:trPr>
        <w:tc>
          <w:tcPr>
            <w:tcW w:w="14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610B1B" w:rsidRPr="00610B1B" w:rsidRDefault="00B54D09" w:rsidP="00B54D09">
            <w:pPr>
              <w:spacing w:after="100" w:afterAutospacing="1" w:line="240" w:lineRule="auto"/>
              <w:jc w:val="distribute"/>
              <w:rPr>
                <w:rFonts w:ascii="Times New Roman" w:eastAsia="標楷體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標楷體" w:hAnsi="Times New Roman"/>
                <w:color w:val="auto"/>
                <w:sz w:val="24"/>
                <w:szCs w:val="24"/>
              </w:rPr>
              <w:t>就讀系所</w:t>
            </w:r>
          </w:p>
        </w:tc>
        <w:tc>
          <w:tcPr>
            <w:tcW w:w="279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610B1B" w:rsidRPr="00610B1B" w:rsidRDefault="00610B1B" w:rsidP="00EF06B7">
            <w:pPr>
              <w:spacing w:after="100" w:afterAutospacing="1" w:line="240" w:lineRule="auto"/>
              <w:jc w:val="center"/>
              <w:rPr>
                <w:rFonts w:ascii="Times New Roman" w:eastAsia="標楷體" w:hAnsi="Times New Roman"/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610B1B" w:rsidRPr="00610B1B" w:rsidRDefault="00B54D09" w:rsidP="00B54D09">
            <w:pPr>
              <w:spacing w:after="100" w:afterAutospacing="1" w:line="240" w:lineRule="auto"/>
              <w:jc w:val="distribute"/>
              <w:rPr>
                <w:rFonts w:ascii="Times New Roman" w:eastAsia="標楷體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標楷體" w:hAnsi="Times New Roman"/>
                <w:color w:val="auto"/>
                <w:sz w:val="24"/>
                <w:szCs w:val="24"/>
              </w:rPr>
              <w:t>就讀年級</w:t>
            </w:r>
            <w:r>
              <w:rPr>
                <w:rFonts w:ascii="Times New Roman" w:eastAsia="標楷體" w:hAnsi="Times New Roman"/>
                <w:color w:val="auto"/>
                <w:sz w:val="24"/>
                <w:szCs w:val="24"/>
              </w:rPr>
              <w:t xml:space="preserve"> / </w:t>
            </w:r>
            <w:r>
              <w:rPr>
                <w:rFonts w:ascii="Times New Roman" w:eastAsia="標楷體" w:hAnsi="Times New Roman"/>
                <w:color w:val="auto"/>
                <w:sz w:val="24"/>
                <w:szCs w:val="24"/>
              </w:rPr>
              <w:t>班別</w:t>
            </w:r>
          </w:p>
        </w:tc>
        <w:tc>
          <w:tcPr>
            <w:tcW w:w="365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610B1B" w:rsidRPr="00610B1B" w:rsidRDefault="00610B1B" w:rsidP="00EF06B7">
            <w:pPr>
              <w:spacing w:after="100" w:afterAutospacing="1" w:line="240" w:lineRule="auto"/>
              <w:jc w:val="center"/>
              <w:rPr>
                <w:rFonts w:ascii="Times New Roman" w:eastAsia="標楷體" w:hAnsi="Times New Roman"/>
                <w:color w:val="auto"/>
                <w:sz w:val="24"/>
                <w:szCs w:val="24"/>
              </w:rPr>
            </w:pPr>
          </w:p>
        </w:tc>
      </w:tr>
      <w:tr w:rsidR="00B54D09" w:rsidRPr="00610B1B" w:rsidTr="00B54D09">
        <w:trPr>
          <w:jc w:val="center"/>
        </w:trPr>
        <w:tc>
          <w:tcPr>
            <w:tcW w:w="14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B54D09" w:rsidRDefault="00B54D09" w:rsidP="00B54D09">
            <w:pPr>
              <w:spacing w:after="100" w:afterAutospacing="1" w:line="240" w:lineRule="auto"/>
              <w:jc w:val="distribute"/>
              <w:rPr>
                <w:rFonts w:ascii="Times New Roman" w:eastAsia="標楷體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標楷體" w:hAnsi="Times New Roman"/>
                <w:color w:val="auto"/>
                <w:sz w:val="24"/>
                <w:szCs w:val="24"/>
              </w:rPr>
              <w:t>聯絡電話</w:t>
            </w:r>
          </w:p>
        </w:tc>
        <w:tc>
          <w:tcPr>
            <w:tcW w:w="279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B54D09" w:rsidRPr="00610B1B" w:rsidRDefault="00B54D09" w:rsidP="00EF06B7">
            <w:pPr>
              <w:spacing w:after="100" w:afterAutospacing="1" w:line="240" w:lineRule="auto"/>
              <w:jc w:val="center"/>
              <w:rPr>
                <w:rFonts w:ascii="Times New Roman" w:eastAsia="標楷體" w:hAnsi="Times New Roman"/>
                <w:color w:val="auto"/>
                <w:sz w:val="24"/>
                <w:szCs w:val="24"/>
              </w:rPr>
            </w:pPr>
          </w:p>
        </w:tc>
        <w:tc>
          <w:tcPr>
            <w:tcW w:w="198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B54D09" w:rsidRDefault="00B54D09" w:rsidP="00B54D09">
            <w:pPr>
              <w:spacing w:after="100" w:afterAutospacing="1" w:line="240" w:lineRule="auto"/>
              <w:jc w:val="distribute"/>
              <w:rPr>
                <w:rFonts w:ascii="Times New Roman" w:eastAsia="標楷體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標楷體" w:hAnsi="Times New Roman"/>
                <w:color w:val="auto"/>
                <w:sz w:val="24"/>
                <w:szCs w:val="24"/>
              </w:rPr>
              <w:t>電子信箱</w:t>
            </w:r>
          </w:p>
        </w:tc>
        <w:tc>
          <w:tcPr>
            <w:tcW w:w="365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B54D09" w:rsidRPr="00610B1B" w:rsidRDefault="00B54D09" w:rsidP="00EF06B7">
            <w:pPr>
              <w:spacing w:after="100" w:afterAutospacing="1" w:line="240" w:lineRule="auto"/>
              <w:jc w:val="center"/>
              <w:rPr>
                <w:rFonts w:ascii="Times New Roman" w:eastAsia="標楷體" w:hAnsi="Times New Roman"/>
                <w:color w:val="auto"/>
                <w:sz w:val="24"/>
                <w:szCs w:val="24"/>
              </w:rPr>
            </w:pPr>
          </w:p>
        </w:tc>
      </w:tr>
      <w:tr w:rsidR="00B54D09" w:rsidRPr="00610B1B" w:rsidTr="00D07096">
        <w:trPr>
          <w:jc w:val="center"/>
        </w:trPr>
        <w:tc>
          <w:tcPr>
            <w:tcW w:w="14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B54D09" w:rsidRDefault="00B54D09" w:rsidP="00B54D09">
            <w:pPr>
              <w:spacing w:after="100" w:afterAutospacing="1" w:line="240" w:lineRule="auto"/>
              <w:jc w:val="distribute"/>
              <w:rPr>
                <w:rFonts w:ascii="Times New Roman" w:eastAsia="標楷體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標楷體" w:hAnsi="Times New Roman"/>
                <w:color w:val="auto"/>
                <w:sz w:val="24"/>
                <w:szCs w:val="24"/>
              </w:rPr>
              <w:t>個人簡介</w:t>
            </w:r>
          </w:p>
        </w:tc>
        <w:tc>
          <w:tcPr>
            <w:tcW w:w="843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B54D09" w:rsidRDefault="00B54D09" w:rsidP="00B54D09">
            <w:pPr>
              <w:spacing w:after="100" w:afterAutospacing="1" w:line="240" w:lineRule="auto"/>
              <w:rPr>
                <w:rFonts w:ascii="Times New Roman" w:eastAsia="標楷體" w:hAnsi="Times New Roman"/>
                <w:color w:val="808080" w:themeColor="background1" w:themeShade="80"/>
                <w:sz w:val="24"/>
                <w:szCs w:val="24"/>
                <w:lang w:eastAsia="zh-TW"/>
              </w:rPr>
            </w:pPr>
            <w:r w:rsidRPr="00B54D09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  <w:lang w:eastAsia="zh-TW"/>
              </w:rPr>
              <w:t>請以</w:t>
            </w:r>
            <w:r w:rsidRPr="00B54D09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  <w:lang w:eastAsia="zh-TW"/>
              </w:rPr>
              <w:t>100</w:t>
            </w:r>
            <w:r w:rsidRPr="00B54D09">
              <w:rPr>
                <w:rFonts w:ascii="Times New Roman" w:eastAsia="標楷體" w:hAnsi="Times New Roman" w:hint="eastAsia"/>
                <w:color w:val="808080" w:themeColor="background1" w:themeShade="80"/>
                <w:sz w:val="24"/>
                <w:szCs w:val="24"/>
                <w:lang w:eastAsia="zh-TW"/>
              </w:rPr>
              <w:t>字簡短敘述個人學經歷、未來展望等。※灰色說明文字繳交時自行刪除。</w:t>
            </w:r>
          </w:p>
          <w:p w:rsidR="00DB3EC2" w:rsidRDefault="00DB3EC2" w:rsidP="00B54D09">
            <w:pPr>
              <w:spacing w:after="100" w:afterAutospacing="1" w:line="240" w:lineRule="auto"/>
              <w:rPr>
                <w:rFonts w:ascii="Times New Roman" w:eastAsia="標楷體" w:hAnsi="Times New Roman"/>
                <w:color w:val="808080" w:themeColor="background1" w:themeShade="80"/>
                <w:sz w:val="24"/>
                <w:szCs w:val="24"/>
                <w:lang w:eastAsia="zh-TW"/>
              </w:rPr>
            </w:pPr>
          </w:p>
          <w:p w:rsidR="00DB3EC2" w:rsidRDefault="00DB3EC2" w:rsidP="00B54D09">
            <w:pPr>
              <w:spacing w:after="100" w:afterAutospacing="1" w:line="240" w:lineRule="auto"/>
              <w:rPr>
                <w:rFonts w:ascii="Times New Roman" w:eastAsia="標楷體" w:hAnsi="Times New Roman"/>
                <w:color w:val="808080" w:themeColor="background1" w:themeShade="80"/>
                <w:sz w:val="24"/>
                <w:szCs w:val="24"/>
                <w:lang w:eastAsia="zh-TW"/>
              </w:rPr>
            </w:pPr>
          </w:p>
          <w:p w:rsidR="00DB3EC2" w:rsidRPr="00610B1B" w:rsidRDefault="00DB3EC2" w:rsidP="00B54D09">
            <w:pPr>
              <w:spacing w:after="100" w:afterAutospacing="1" w:line="240" w:lineRule="auto"/>
              <w:rPr>
                <w:rFonts w:ascii="Times New Roman" w:eastAsia="標楷體" w:hAnsi="Times New Roman"/>
                <w:color w:val="auto"/>
                <w:sz w:val="24"/>
                <w:szCs w:val="24"/>
                <w:lang w:eastAsia="zh-TW"/>
              </w:rPr>
            </w:pPr>
          </w:p>
        </w:tc>
      </w:tr>
      <w:tr w:rsidR="00B54D09" w:rsidRPr="00610B1B" w:rsidTr="00D07096">
        <w:trPr>
          <w:jc w:val="center"/>
        </w:trPr>
        <w:tc>
          <w:tcPr>
            <w:tcW w:w="14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B54D09" w:rsidRDefault="00B54D09" w:rsidP="00B54D09">
            <w:pPr>
              <w:spacing w:after="100" w:afterAutospacing="1" w:line="240" w:lineRule="auto"/>
              <w:jc w:val="distribute"/>
              <w:rPr>
                <w:rFonts w:ascii="Times New Roman" w:eastAsia="標楷體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標楷體" w:hAnsi="Times New Roman"/>
                <w:color w:val="auto"/>
                <w:sz w:val="24"/>
                <w:szCs w:val="24"/>
              </w:rPr>
              <w:t>檢附文件</w:t>
            </w:r>
            <w:r w:rsidR="00DB3EC2">
              <w:rPr>
                <w:rFonts w:ascii="Times New Roman" w:eastAsia="標楷體" w:hAnsi="Times New Roman" w:hint="eastAsia"/>
                <w:color w:val="auto"/>
                <w:sz w:val="24"/>
                <w:szCs w:val="24"/>
                <w:lang w:eastAsia="zh-TW"/>
              </w:rPr>
              <w:t>自我</w:t>
            </w:r>
            <w:r>
              <w:rPr>
                <w:rFonts w:ascii="Times New Roman" w:eastAsia="標楷體" w:hAnsi="Times New Roman"/>
                <w:color w:val="auto"/>
                <w:sz w:val="24"/>
                <w:szCs w:val="24"/>
              </w:rPr>
              <w:t>檢核</w:t>
            </w:r>
          </w:p>
        </w:tc>
        <w:tc>
          <w:tcPr>
            <w:tcW w:w="843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9E14B4" w:rsidRDefault="009E14B4" w:rsidP="009E14B4">
            <w:pPr>
              <w:spacing w:after="0" w:line="240" w:lineRule="auto"/>
              <w:jc w:val="both"/>
              <w:rPr>
                <w:rFonts w:ascii="Times New Roman" w:eastAsia="標楷體" w:hAnsi="Times New Roman"/>
                <w:color w:val="auto"/>
                <w:sz w:val="24"/>
                <w:szCs w:val="24"/>
                <w:lang w:eastAsia="zh-TW"/>
              </w:rPr>
            </w:pPr>
            <w:r w:rsidRPr="009E14B4">
              <w:rPr>
                <w:rFonts w:ascii="Times New Roman" w:eastAsia="標楷體" w:hAnsi="Times New Roman" w:hint="eastAsia"/>
                <w:color w:val="auto"/>
                <w:sz w:val="24"/>
                <w:szCs w:val="24"/>
                <w:lang w:eastAsia="zh-TW"/>
              </w:rPr>
              <w:t>請</w:t>
            </w:r>
            <w:r w:rsidR="00DB3EC2">
              <w:rPr>
                <w:rFonts w:ascii="Times New Roman" w:eastAsia="標楷體" w:hAnsi="Times New Roman" w:hint="eastAsia"/>
                <w:color w:val="auto"/>
                <w:sz w:val="24"/>
                <w:szCs w:val="24"/>
                <w:lang w:eastAsia="zh-TW"/>
              </w:rPr>
              <w:t>自我</w:t>
            </w:r>
            <w:r w:rsidRPr="009E14B4">
              <w:rPr>
                <w:rFonts w:ascii="Times New Roman" w:eastAsia="標楷體" w:hAnsi="Times New Roman" w:hint="eastAsia"/>
                <w:color w:val="auto"/>
                <w:sz w:val="24"/>
                <w:szCs w:val="24"/>
                <w:lang w:eastAsia="zh-TW"/>
              </w:rPr>
              <w:t>檢核是否已將以下證明文件一併寄至</w:t>
            </w:r>
            <w:r w:rsidRPr="009E14B4">
              <w:rPr>
                <w:rFonts w:ascii="Times New Roman" w:eastAsia="標楷體" w:hAnsi="Times New Roman" w:hint="eastAsia"/>
                <w:color w:val="auto"/>
                <w:sz w:val="24"/>
                <w:szCs w:val="24"/>
                <w:lang w:eastAsia="zh-TW"/>
              </w:rPr>
              <w:t>c</w:t>
            </w:r>
            <w:r w:rsidRPr="009E14B4">
              <w:rPr>
                <w:rFonts w:ascii="Times New Roman" w:eastAsia="標楷體" w:hAnsi="Times New Roman"/>
                <w:color w:val="auto"/>
                <w:sz w:val="24"/>
                <w:szCs w:val="24"/>
                <w:lang w:eastAsia="zh-TW"/>
              </w:rPr>
              <w:t>td@</w:t>
            </w:r>
            <w:r w:rsidRPr="009E14B4">
              <w:rPr>
                <w:rFonts w:ascii="Times New Roman" w:eastAsia="標楷體" w:hAnsi="Times New Roman" w:hint="eastAsia"/>
                <w:color w:val="auto"/>
                <w:sz w:val="24"/>
                <w:szCs w:val="24"/>
                <w:lang w:eastAsia="zh-TW"/>
              </w:rPr>
              <w:t>m</w:t>
            </w:r>
            <w:r w:rsidRPr="009E14B4">
              <w:rPr>
                <w:rFonts w:ascii="Times New Roman" w:eastAsia="標楷體" w:hAnsi="Times New Roman"/>
                <w:color w:val="auto"/>
                <w:sz w:val="24"/>
                <w:szCs w:val="24"/>
                <w:lang w:eastAsia="zh-TW"/>
              </w:rPr>
              <w:t>ail.ntcu.edu.tw</w:t>
            </w:r>
            <w:r w:rsidR="00B54D09" w:rsidRPr="009E14B4">
              <w:rPr>
                <w:rFonts w:ascii="Times New Roman" w:eastAsia="標楷體" w:hAnsi="Times New Roman"/>
                <w:color w:val="auto"/>
                <w:sz w:val="24"/>
                <w:szCs w:val="24"/>
                <w:lang w:eastAsia="zh-TW"/>
              </w:rPr>
              <w:t>，信件主旨為「</w:t>
            </w:r>
            <w:r w:rsidR="00B54D09" w:rsidRPr="009E14B4">
              <w:rPr>
                <w:rFonts w:ascii="Times New Roman" w:eastAsia="標楷體" w:hAnsi="Times New Roman"/>
                <w:color w:val="auto"/>
                <w:sz w:val="24"/>
                <w:szCs w:val="24"/>
                <w:lang w:eastAsia="zh-TW"/>
              </w:rPr>
              <w:t>OOO</w:t>
            </w:r>
            <w:r w:rsidR="00B54D09" w:rsidRPr="009E14B4">
              <w:rPr>
                <w:rFonts w:ascii="Times New Roman" w:eastAsia="標楷體" w:hAnsi="Times New Roman"/>
                <w:color w:val="auto"/>
                <w:sz w:val="24"/>
                <w:szCs w:val="24"/>
                <w:lang w:eastAsia="zh-TW"/>
              </w:rPr>
              <w:t>學年度第</w:t>
            </w:r>
            <w:r w:rsidR="00B54D09" w:rsidRPr="009E14B4">
              <w:rPr>
                <w:rFonts w:ascii="Times New Roman" w:eastAsia="標楷體" w:hAnsi="Times New Roman"/>
                <w:color w:val="auto"/>
                <w:sz w:val="24"/>
                <w:szCs w:val="24"/>
                <w:lang w:eastAsia="zh-TW"/>
              </w:rPr>
              <w:t>O</w:t>
            </w:r>
            <w:r w:rsidR="00B54D09" w:rsidRPr="009E14B4">
              <w:rPr>
                <w:rFonts w:ascii="Times New Roman" w:eastAsia="標楷體" w:hAnsi="Times New Roman"/>
                <w:color w:val="auto"/>
                <w:sz w:val="24"/>
                <w:szCs w:val="24"/>
                <w:lang w:eastAsia="zh-TW"/>
              </w:rPr>
              <w:t>學期教學助理基本資料表</w:t>
            </w:r>
            <w:r w:rsidRPr="009E14B4">
              <w:rPr>
                <w:rFonts w:ascii="Times New Roman" w:eastAsia="標楷體" w:hAnsi="Times New Roman"/>
                <w:color w:val="auto"/>
                <w:sz w:val="24"/>
                <w:szCs w:val="24"/>
                <w:lang w:eastAsia="zh-TW"/>
              </w:rPr>
              <w:t>-</w:t>
            </w:r>
            <w:r w:rsidR="00B54D09" w:rsidRPr="009E14B4">
              <w:rPr>
                <w:rFonts w:ascii="Times New Roman" w:eastAsia="標楷體" w:hAnsi="Times New Roman"/>
                <w:color w:val="auto"/>
                <w:sz w:val="24"/>
                <w:szCs w:val="24"/>
                <w:lang w:eastAsia="zh-TW"/>
              </w:rPr>
              <w:t>教學助理姓名」</w:t>
            </w:r>
            <w:r w:rsidRPr="009E14B4">
              <w:rPr>
                <w:rFonts w:ascii="Times New Roman" w:eastAsia="標楷體" w:hAnsi="Times New Roman"/>
                <w:color w:val="auto"/>
                <w:sz w:val="24"/>
                <w:szCs w:val="24"/>
                <w:lang w:eastAsia="zh-TW"/>
              </w:rPr>
              <w:t>。</w:t>
            </w:r>
          </w:p>
          <w:p w:rsidR="009E14B4" w:rsidRPr="009E14B4" w:rsidRDefault="009E14B4" w:rsidP="009E14B4">
            <w:pPr>
              <w:spacing w:after="0" w:line="240" w:lineRule="auto"/>
              <w:jc w:val="both"/>
              <w:rPr>
                <w:rFonts w:ascii="Times New Roman" w:eastAsia="標楷體" w:hAnsi="Times New Roman"/>
                <w:color w:val="auto"/>
                <w:sz w:val="24"/>
                <w:szCs w:val="24"/>
                <w:lang w:eastAsia="zh-TW"/>
              </w:rPr>
            </w:pPr>
          </w:p>
          <w:p w:rsidR="009E14B4" w:rsidRPr="009E14B4" w:rsidRDefault="009E14B4" w:rsidP="009E14B4">
            <w:pPr>
              <w:spacing w:after="0" w:line="240" w:lineRule="auto"/>
              <w:jc w:val="both"/>
              <w:rPr>
                <w:rFonts w:ascii="標楷體" w:eastAsia="標楷體" w:hAnsi="標楷體"/>
                <w:color w:val="auto"/>
                <w:sz w:val="24"/>
                <w:lang w:eastAsia="zh-TW"/>
              </w:rPr>
            </w:pPr>
            <w:r w:rsidRPr="009E14B4">
              <w:rPr>
                <w:rFonts w:ascii="標楷體" w:eastAsia="標楷體" w:hAnsi="標楷體"/>
                <w:color w:val="auto"/>
                <w:sz w:val="24"/>
                <w:lang w:eastAsia="zh-TW"/>
              </w:rPr>
              <w:t>□歷年成績單</w:t>
            </w:r>
            <w:r w:rsidR="00F80C98">
              <w:rPr>
                <w:rFonts w:ascii="標楷體" w:eastAsia="標楷體" w:hAnsi="標楷體"/>
                <w:color w:val="auto"/>
                <w:sz w:val="24"/>
                <w:lang w:eastAsia="zh-TW"/>
              </w:rPr>
              <w:t>(必附)</w:t>
            </w:r>
            <w:r w:rsidRPr="009E14B4">
              <w:rPr>
                <w:rFonts w:ascii="標楷體" w:eastAsia="標楷體" w:hAnsi="標楷體"/>
                <w:color w:val="auto"/>
                <w:sz w:val="24"/>
                <w:lang w:eastAsia="zh-TW"/>
              </w:rPr>
              <w:t>：請從校園資訊系統截圖，檔案格式：姓名+歷年成績單</w:t>
            </w:r>
          </w:p>
          <w:p w:rsidR="009E14B4" w:rsidRPr="00B54D09" w:rsidRDefault="009E14B4" w:rsidP="009E14B4">
            <w:pPr>
              <w:spacing w:after="0" w:line="240" w:lineRule="auto"/>
              <w:jc w:val="both"/>
              <w:rPr>
                <w:rFonts w:ascii="Times New Roman" w:eastAsia="標楷體" w:hAnsi="Times New Roman"/>
                <w:color w:val="808080" w:themeColor="background1" w:themeShade="80"/>
                <w:sz w:val="24"/>
                <w:szCs w:val="24"/>
                <w:lang w:eastAsia="zh-TW"/>
              </w:rPr>
            </w:pPr>
            <w:r w:rsidRPr="009E14B4">
              <w:rPr>
                <w:rFonts w:ascii="標楷體" w:eastAsia="標楷體" w:hAnsi="標楷體"/>
                <w:color w:val="auto"/>
                <w:sz w:val="24"/>
                <w:lang w:eastAsia="zh-TW"/>
              </w:rPr>
              <w:t>□專業證照、服務證明等(無則免附)</w:t>
            </w:r>
          </w:p>
        </w:tc>
      </w:tr>
      <w:tr w:rsidR="00F97DB0" w:rsidRPr="00610B1B" w:rsidTr="00DB3EC2">
        <w:trPr>
          <w:trHeight w:val="275"/>
          <w:jc w:val="center"/>
        </w:trPr>
        <w:tc>
          <w:tcPr>
            <w:tcW w:w="479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F97DB0" w:rsidRPr="00DB3EC2" w:rsidRDefault="00F97DB0" w:rsidP="00F97DB0">
            <w:pPr>
              <w:spacing w:after="0" w:line="240" w:lineRule="auto"/>
              <w:jc w:val="center"/>
              <w:rPr>
                <w:rFonts w:ascii="Times New Roman" w:eastAsia="標楷體" w:hAnsi="Times New Roman"/>
                <w:b/>
                <w:color w:val="auto"/>
                <w:sz w:val="28"/>
                <w:szCs w:val="24"/>
                <w:lang w:eastAsia="zh-TW"/>
              </w:rPr>
            </w:pPr>
            <w:r w:rsidRPr="00DB3EC2">
              <w:rPr>
                <w:rFonts w:ascii="Times New Roman" w:eastAsia="標楷體" w:hAnsi="Times New Roman" w:hint="eastAsia"/>
                <w:b/>
                <w:color w:val="auto"/>
                <w:sz w:val="28"/>
                <w:szCs w:val="24"/>
                <w:lang w:eastAsia="zh-TW"/>
              </w:rPr>
              <w:t>教學助理簽章</w:t>
            </w:r>
          </w:p>
        </w:tc>
        <w:tc>
          <w:tcPr>
            <w:tcW w:w="507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F97DB0" w:rsidRPr="00DB3EC2" w:rsidRDefault="00F97DB0" w:rsidP="00F97DB0">
            <w:pPr>
              <w:spacing w:after="0" w:line="240" w:lineRule="auto"/>
              <w:jc w:val="center"/>
              <w:rPr>
                <w:rFonts w:ascii="Times New Roman" w:eastAsia="標楷體" w:hAnsi="Times New Roman"/>
                <w:b/>
                <w:color w:val="auto"/>
                <w:sz w:val="28"/>
                <w:szCs w:val="24"/>
                <w:lang w:eastAsia="zh-TW"/>
              </w:rPr>
            </w:pPr>
            <w:r w:rsidRPr="00DB3EC2">
              <w:rPr>
                <w:rFonts w:ascii="Times New Roman" w:eastAsia="標楷體" w:hAnsi="Times New Roman" w:hint="eastAsia"/>
                <w:b/>
                <w:color w:val="auto"/>
                <w:sz w:val="28"/>
                <w:szCs w:val="24"/>
                <w:lang w:eastAsia="zh-TW"/>
              </w:rPr>
              <w:t>授課教師簽章</w:t>
            </w:r>
          </w:p>
        </w:tc>
      </w:tr>
      <w:tr w:rsidR="00F97DB0" w:rsidRPr="00610B1B" w:rsidTr="00F97DB0">
        <w:trPr>
          <w:trHeight w:val="699"/>
          <w:jc w:val="center"/>
        </w:trPr>
        <w:tc>
          <w:tcPr>
            <w:tcW w:w="479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F97DB0" w:rsidRDefault="00F97DB0" w:rsidP="00F97DB0">
            <w:pPr>
              <w:spacing w:after="0" w:line="240" w:lineRule="auto"/>
              <w:jc w:val="center"/>
              <w:rPr>
                <w:rFonts w:ascii="Times New Roman" w:eastAsia="標楷體" w:hAnsi="Times New Roman"/>
                <w:color w:val="auto"/>
                <w:sz w:val="24"/>
                <w:szCs w:val="24"/>
                <w:lang w:eastAsia="zh-TW"/>
              </w:rPr>
            </w:pPr>
          </w:p>
        </w:tc>
        <w:tc>
          <w:tcPr>
            <w:tcW w:w="507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C94C67" w:rsidRDefault="00C94C67" w:rsidP="00F97DB0">
            <w:pPr>
              <w:spacing w:after="0" w:line="240" w:lineRule="auto"/>
              <w:jc w:val="center"/>
              <w:rPr>
                <w:rFonts w:ascii="Times New Roman" w:eastAsia="標楷體" w:hAnsi="Times New Roman"/>
                <w:color w:val="auto"/>
                <w:sz w:val="24"/>
                <w:szCs w:val="24"/>
                <w:lang w:eastAsia="zh-TW"/>
              </w:rPr>
            </w:pPr>
          </w:p>
          <w:p w:rsidR="00F97DB0" w:rsidRPr="00C94C67" w:rsidRDefault="00F97DB0" w:rsidP="00C94C67">
            <w:pPr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</w:p>
        </w:tc>
      </w:tr>
      <w:tr w:rsidR="00DB3EC2" w:rsidRPr="00610B1B" w:rsidTr="00C94C67">
        <w:trPr>
          <w:trHeight w:val="339"/>
          <w:jc w:val="center"/>
        </w:trPr>
        <w:tc>
          <w:tcPr>
            <w:tcW w:w="9873" w:type="dxa"/>
            <w:gridSpan w:val="10"/>
            <w:tcBorders>
              <w:top w:val="thinThickSmallGap" w:sz="24" w:space="0" w:color="auto"/>
              <w:left w:val="thinThickSmallGap" w:sz="24" w:space="0" w:color="auto"/>
              <w:bottom w:val="single" w:sz="8" w:space="0" w:color="auto"/>
              <w:right w:val="thinThickSmallGap" w:sz="24" w:space="0" w:color="auto"/>
            </w:tcBorders>
            <w:shd w:val="clear" w:color="auto" w:fill="D9D9D9" w:themeFill="background1" w:themeFillShade="D9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DB3EC2" w:rsidRDefault="00DB3EC2" w:rsidP="00F97DB0">
            <w:pPr>
              <w:spacing w:after="0" w:line="240" w:lineRule="auto"/>
              <w:jc w:val="center"/>
              <w:rPr>
                <w:rFonts w:ascii="Times New Roman" w:eastAsia="標楷體" w:hAnsi="Times New Roman"/>
                <w:color w:val="auto"/>
                <w:sz w:val="24"/>
                <w:szCs w:val="24"/>
                <w:lang w:eastAsia="zh-TW"/>
              </w:rPr>
            </w:pPr>
            <w:r>
              <w:rPr>
                <w:rFonts w:eastAsia="標楷體"/>
                <w:b/>
                <w:bCs/>
                <w:sz w:val="28"/>
                <w:szCs w:val="28"/>
              </w:rPr>
              <w:lastRenderedPageBreak/>
              <w:t>收件</w:t>
            </w:r>
            <w:r w:rsidRPr="00EE1661">
              <w:rPr>
                <w:rFonts w:eastAsia="標楷體"/>
                <w:b/>
                <w:bCs/>
                <w:sz w:val="28"/>
                <w:szCs w:val="28"/>
              </w:rPr>
              <w:t>單位填寫</w:t>
            </w:r>
          </w:p>
        </w:tc>
      </w:tr>
      <w:tr w:rsidR="00F97DB0" w:rsidRPr="00610B1B" w:rsidTr="00C94C67">
        <w:trPr>
          <w:trHeight w:val="300"/>
          <w:jc w:val="center"/>
        </w:trPr>
        <w:tc>
          <w:tcPr>
            <w:tcW w:w="1435" w:type="dxa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F97DB0" w:rsidRPr="00DB3EC2" w:rsidRDefault="00F97DB0" w:rsidP="00DB3EC2">
            <w:pPr>
              <w:spacing w:after="100" w:afterAutospacing="1" w:line="240" w:lineRule="auto"/>
              <w:jc w:val="distribute"/>
              <w:rPr>
                <w:rFonts w:ascii="Times New Roman" w:eastAsia="標楷體" w:hAnsi="Times New Roman"/>
                <w:color w:val="auto"/>
                <w:sz w:val="24"/>
                <w:szCs w:val="24"/>
              </w:rPr>
            </w:pPr>
            <w:r w:rsidRPr="00DB3EC2">
              <w:rPr>
                <w:rFonts w:ascii="Times New Roman" w:eastAsia="標楷體" w:hAnsi="Times New Roman" w:hint="eastAsia"/>
                <w:color w:val="auto"/>
                <w:sz w:val="24"/>
                <w:szCs w:val="24"/>
              </w:rPr>
              <w:t>收件日期</w:t>
            </w:r>
          </w:p>
        </w:tc>
        <w:tc>
          <w:tcPr>
            <w:tcW w:w="2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F97DB0" w:rsidRPr="00DB3EC2" w:rsidRDefault="00DB3EC2" w:rsidP="00F97DB0">
            <w:pPr>
              <w:spacing w:after="0" w:line="240" w:lineRule="auto"/>
              <w:jc w:val="center"/>
              <w:rPr>
                <w:rFonts w:ascii="Times New Roman" w:eastAsia="標楷體" w:hAnsi="Times New Roman"/>
                <w:color w:val="auto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auto"/>
                <w:sz w:val="24"/>
                <w:szCs w:val="24"/>
                <w:lang w:eastAsia="zh-TW"/>
              </w:rPr>
              <w:t>____</w:t>
            </w:r>
            <w:r>
              <w:rPr>
                <w:rFonts w:ascii="Times New Roman" w:eastAsia="標楷體" w:hAnsi="Times New Roman" w:hint="eastAsia"/>
                <w:color w:val="auto"/>
                <w:sz w:val="24"/>
                <w:szCs w:val="24"/>
                <w:lang w:eastAsia="zh-TW"/>
              </w:rPr>
              <w:t>年</w:t>
            </w:r>
            <w:r>
              <w:rPr>
                <w:rFonts w:ascii="Times New Roman" w:eastAsia="標楷體" w:hAnsi="Times New Roman" w:hint="eastAsia"/>
                <w:color w:val="auto"/>
                <w:sz w:val="24"/>
                <w:szCs w:val="24"/>
                <w:lang w:eastAsia="zh-TW"/>
              </w:rPr>
              <w:t>____</w:t>
            </w:r>
            <w:r>
              <w:rPr>
                <w:rFonts w:ascii="Times New Roman" w:eastAsia="標楷體" w:hAnsi="Times New Roman" w:hint="eastAsia"/>
                <w:color w:val="auto"/>
                <w:sz w:val="24"/>
                <w:szCs w:val="24"/>
                <w:lang w:eastAsia="zh-TW"/>
              </w:rPr>
              <w:t>月</w:t>
            </w:r>
            <w:r>
              <w:rPr>
                <w:rFonts w:ascii="Times New Roman" w:eastAsia="標楷體" w:hAnsi="Times New Roman" w:hint="eastAsia"/>
                <w:color w:val="auto"/>
                <w:sz w:val="24"/>
                <w:szCs w:val="24"/>
                <w:lang w:eastAsia="zh-TW"/>
              </w:rPr>
              <w:t>____</w:t>
            </w:r>
            <w:r>
              <w:rPr>
                <w:rFonts w:ascii="Times New Roman" w:eastAsia="標楷體" w:hAnsi="Times New Roman" w:hint="eastAsia"/>
                <w:color w:val="auto"/>
                <w:sz w:val="24"/>
                <w:szCs w:val="24"/>
                <w:lang w:eastAsia="zh-TW"/>
              </w:rPr>
              <w:t>日</w:t>
            </w:r>
          </w:p>
        </w:tc>
        <w:tc>
          <w:tcPr>
            <w:tcW w:w="155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DB3EC2" w:rsidRPr="00DB3EC2" w:rsidRDefault="00DB3EC2" w:rsidP="00DB3EC2">
            <w:pPr>
              <w:spacing w:after="0" w:line="240" w:lineRule="auto"/>
              <w:jc w:val="distribute"/>
              <w:rPr>
                <w:rFonts w:ascii="Times New Roman" w:eastAsia="標楷體" w:hAnsi="Times New Roman"/>
                <w:color w:val="auto"/>
                <w:sz w:val="24"/>
                <w:szCs w:val="24"/>
                <w:lang w:eastAsia="zh-TW"/>
              </w:rPr>
            </w:pPr>
            <w:r w:rsidRPr="00DB3EC2">
              <w:rPr>
                <w:rFonts w:ascii="Times New Roman" w:eastAsia="標楷體" w:hAnsi="Times New Roman"/>
                <w:color w:val="auto"/>
                <w:sz w:val="24"/>
                <w:szCs w:val="24"/>
                <w:lang w:eastAsia="zh-TW"/>
              </w:rPr>
              <w:t>教學助理檢附文件</w:t>
            </w:r>
          </w:p>
          <w:p w:rsidR="00F97DB0" w:rsidRPr="00DB3EC2" w:rsidRDefault="00DB3EC2" w:rsidP="00DB3EC2">
            <w:pPr>
              <w:spacing w:after="0" w:line="240" w:lineRule="auto"/>
              <w:jc w:val="distribute"/>
              <w:rPr>
                <w:rFonts w:ascii="Times New Roman" w:eastAsia="標楷體" w:hAnsi="Times New Roman"/>
                <w:color w:val="auto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/>
                <w:color w:val="auto"/>
                <w:sz w:val="24"/>
                <w:szCs w:val="24"/>
                <w:lang w:eastAsia="zh-TW"/>
              </w:rPr>
              <w:t>複核</w:t>
            </w:r>
          </w:p>
        </w:tc>
        <w:tc>
          <w:tcPr>
            <w:tcW w:w="436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nThickSmallGap" w:sz="24" w:space="0" w:color="auto"/>
            </w:tcBorders>
            <w:shd w:val="clear" w:color="auto" w:fill="FFFFFF" w:themeFill="background1"/>
            <w:vAlign w:val="center"/>
          </w:tcPr>
          <w:p w:rsidR="00DB3EC2" w:rsidRPr="00DB3EC2" w:rsidRDefault="00DB3EC2" w:rsidP="00DB3EC2">
            <w:pPr>
              <w:spacing w:after="0" w:line="240" w:lineRule="auto"/>
              <w:jc w:val="both"/>
              <w:rPr>
                <w:rFonts w:ascii="標楷體" w:eastAsia="標楷體" w:hAnsi="標楷體"/>
                <w:color w:val="auto"/>
                <w:sz w:val="24"/>
                <w:lang w:eastAsia="zh-TW"/>
              </w:rPr>
            </w:pPr>
            <w:r w:rsidRPr="00DB3EC2">
              <w:rPr>
                <w:rFonts w:ascii="標楷體" w:eastAsia="標楷體" w:hAnsi="標楷體"/>
                <w:color w:val="auto"/>
                <w:sz w:val="24"/>
                <w:lang w:eastAsia="zh-TW"/>
              </w:rPr>
              <w:t>□歷年成績單(必附)</w:t>
            </w:r>
          </w:p>
          <w:p w:rsidR="00F97DB0" w:rsidRDefault="00DB3EC2" w:rsidP="00DB3EC2">
            <w:pPr>
              <w:spacing w:after="0" w:line="240" w:lineRule="auto"/>
              <w:jc w:val="both"/>
              <w:rPr>
                <w:rFonts w:ascii="標楷體" w:eastAsia="標楷體" w:hAnsi="標楷體"/>
                <w:color w:val="auto"/>
                <w:sz w:val="24"/>
                <w:lang w:eastAsia="zh-TW"/>
              </w:rPr>
            </w:pPr>
            <w:r w:rsidRPr="00DB3EC2">
              <w:rPr>
                <w:rFonts w:ascii="標楷體" w:eastAsia="標楷體" w:hAnsi="標楷體"/>
                <w:color w:val="auto"/>
                <w:sz w:val="24"/>
                <w:lang w:eastAsia="zh-TW"/>
              </w:rPr>
              <w:t>□專業證照、服務證明等(無則免附)</w:t>
            </w:r>
          </w:p>
          <w:p w:rsidR="00DB3EC2" w:rsidRPr="00DB3EC2" w:rsidRDefault="00DB3EC2" w:rsidP="00DB3EC2">
            <w:pPr>
              <w:spacing w:after="0" w:line="240" w:lineRule="auto"/>
              <w:jc w:val="both"/>
              <w:rPr>
                <w:rFonts w:ascii="Times New Roman" w:eastAsia="標楷體" w:hAnsi="Times New Roman"/>
                <w:color w:val="auto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/>
                <w:color w:val="auto"/>
                <w:sz w:val="24"/>
                <w:lang w:eastAsia="zh-TW"/>
              </w:rPr>
              <w:t>複核完成日：</w:t>
            </w:r>
            <w:r>
              <w:rPr>
                <w:rFonts w:ascii="Times New Roman" w:eastAsia="標楷體" w:hAnsi="Times New Roman" w:hint="eastAsia"/>
                <w:color w:val="auto"/>
                <w:sz w:val="24"/>
                <w:szCs w:val="24"/>
                <w:lang w:eastAsia="zh-TW"/>
              </w:rPr>
              <w:t>____</w:t>
            </w:r>
            <w:r>
              <w:rPr>
                <w:rFonts w:ascii="Times New Roman" w:eastAsia="標楷體" w:hAnsi="Times New Roman" w:hint="eastAsia"/>
                <w:color w:val="auto"/>
                <w:sz w:val="24"/>
                <w:szCs w:val="24"/>
                <w:lang w:eastAsia="zh-TW"/>
              </w:rPr>
              <w:t>年</w:t>
            </w:r>
            <w:r>
              <w:rPr>
                <w:rFonts w:ascii="Times New Roman" w:eastAsia="標楷體" w:hAnsi="Times New Roman" w:hint="eastAsia"/>
                <w:color w:val="auto"/>
                <w:sz w:val="24"/>
                <w:szCs w:val="24"/>
                <w:lang w:eastAsia="zh-TW"/>
              </w:rPr>
              <w:t>____</w:t>
            </w:r>
            <w:r>
              <w:rPr>
                <w:rFonts w:ascii="Times New Roman" w:eastAsia="標楷體" w:hAnsi="Times New Roman" w:hint="eastAsia"/>
                <w:color w:val="auto"/>
                <w:sz w:val="24"/>
                <w:szCs w:val="24"/>
                <w:lang w:eastAsia="zh-TW"/>
              </w:rPr>
              <w:t>月</w:t>
            </w:r>
            <w:r>
              <w:rPr>
                <w:rFonts w:ascii="Times New Roman" w:eastAsia="標楷體" w:hAnsi="Times New Roman" w:hint="eastAsia"/>
                <w:color w:val="auto"/>
                <w:sz w:val="24"/>
                <w:szCs w:val="24"/>
                <w:lang w:eastAsia="zh-TW"/>
              </w:rPr>
              <w:t>____</w:t>
            </w:r>
            <w:r>
              <w:rPr>
                <w:rFonts w:ascii="Times New Roman" w:eastAsia="標楷體" w:hAnsi="Times New Roman" w:hint="eastAsia"/>
                <w:color w:val="auto"/>
                <w:sz w:val="24"/>
                <w:szCs w:val="24"/>
                <w:lang w:eastAsia="zh-TW"/>
              </w:rPr>
              <w:t>日</w:t>
            </w:r>
          </w:p>
        </w:tc>
      </w:tr>
      <w:tr w:rsidR="00DB3EC2" w:rsidRPr="00610B1B" w:rsidTr="00C94C67">
        <w:trPr>
          <w:trHeight w:val="699"/>
          <w:jc w:val="center"/>
        </w:trPr>
        <w:tc>
          <w:tcPr>
            <w:tcW w:w="2247" w:type="dxa"/>
            <w:gridSpan w:val="2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DB3EC2" w:rsidRPr="00DB3EC2" w:rsidRDefault="00DB3EC2" w:rsidP="00DB3EC2">
            <w:pPr>
              <w:spacing w:after="0" w:line="240" w:lineRule="auto"/>
              <w:jc w:val="center"/>
              <w:rPr>
                <w:rFonts w:ascii="Times New Roman" w:eastAsia="標楷體" w:hAnsi="Times New Roman"/>
                <w:color w:val="auto"/>
                <w:sz w:val="24"/>
                <w:szCs w:val="24"/>
                <w:lang w:eastAsia="zh-TW"/>
              </w:rPr>
            </w:pPr>
            <w:r w:rsidRPr="00DB3EC2">
              <w:rPr>
                <w:rFonts w:ascii="Times New Roman" w:eastAsia="標楷體" w:hAnsi="Times New Roman" w:hint="eastAsia"/>
                <w:color w:val="auto"/>
                <w:sz w:val="24"/>
                <w:szCs w:val="24"/>
                <w:lang w:eastAsia="zh-TW"/>
              </w:rPr>
              <w:t>教務處教學發展組</w:t>
            </w:r>
          </w:p>
          <w:p w:rsidR="00DB3EC2" w:rsidRPr="00DB3EC2" w:rsidRDefault="00DB3EC2" w:rsidP="00DB3EC2">
            <w:pPr>
              <w:spacing w:after="0" w:line="240" w:lineRule="auto"/>
              <w:jc w:val="center"/>
              <w:rPr>
                <w:rFonts w:ascii="Times New Roman" w:eastAsia="標楷體" w:hAnsi="Times New Roman"/>
                <w:color w:val="auto"/>
                <w:sz w:val="24"/>
                <w:szCs w:val="24"/>
                <w:lang w:eastAsia="zh-TW"/>
              </w:rPr>
            </w:pPr>
            <w:r w:rsidRPr="00DB3EC2">
              <w:rPr>
                <w:rFonts w:ascii="Times New Roman" w:eastAsia="標楷體" w:hAnsi="Times New Roman"/>
                <w:color w:val="auto"/>
                <w:sz w:val="24"/>
                <w:szCs w:val="24"/>
                <w:lang w:eastAsia="zh-TW"/>
              </w:rPr>
              <w:t>承辦人收件章</w:t>
            </w:r>
          </w:p>
        </w:tc>
        <w:tc>
          <w:tcPr>
            <w:tcW w:w="762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nThickSmallGap" w:sz="24" w:space="0" w:color="auto"/>
            </w:tcBorders>
            <w:shd w:val="clear" w:color="auto" w:fill="FFFFFF" w:themeFill="background1"/>
            <w:vAlign w:val="center"/>
          </w:tcPr>
          <w:p w:rsidR="00DB3EC2" w:rsidRPr="00DB3EC2" w:rsidRDefault="00DB3EC2" w:rsidP="00F97DB0">
            <w:pPr>
              <w:spacing w:after="0" w:line="240" w:lineRule="auto"/>
              <w:jc w:val="center"/>
              <w:rPr>
                <w:rFonts w:ascii="Times New Roman" w:eastAsia="標楷體" w:hAnsi="Times New Roman"/>
                <w:color w:val="auto"/>
                <w:sz w:val="24"/>
                <w:szCs w:val="24"/>
                <w:lang w:eastAsia="zh-TW"/>
              </w:rPr>
            </w:pPr>
          </w:p>
        </w:tc>
      </w:tr>
      <w:tr w:rsidR="00DB3EC2" w:rsidRPr="00610B1B" w:rsidTr="00C94C67">
        <w:trPr>
          <w:trHeight w:val="667"/>
          <w:jc w:val="center"/>
        </w:trPr>
        <w:tc>
          <w:tcPr>
            <w:tcW w:w="2247" w:type="dxa"/>
            <w:gridSpan w:val="2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DB3EC2" w:rsidRPr="00DB3EC2" w:rsidRDefault="00DB3EC2" w:rsidP="00DB3EC2">
            <w:pPr>
              <w:spacing w:after="0" w:line="240" w:lineRule="auto"/>
              <w:jc w:val="center"/>
              <w:rPr>
                <w:rFonts w:ascii="Times New Roman" w:eastAsia="標楷體" w:hAnsi="Times New Roman"/>
                <w:color w:val="auto"/>
                <w:sz w:val="24"/>
                <w:szCs w:val="24"/>
                <w:lang w:eastAsia="zh-TW"/>
              </w:rPr>
            </w:pPr>
            <w:r w:rsidRPr="00DB3EC2">
              <w:rPr>
                <w:rFonts w:ascii="Times New Roman" w:eastAsia="標楷體" w:hAnsi="Times New Roman" w:hint="eastAsia"/>
                <w:color w:val="auto"/>
                <w:sz w:val="24"/>
                <w:szCs w:val="24"/>
                <w:lang w:eastAsia="zh-TW"/>
              </w:rPr>
              <w:t>教務處教學發展組</w:t>
            </w:r>
          </w:p>
          <w:p w:rsidR="00DB3EC2" w:rsidRPr="00DB3EC2" w:rsidRDefault="00DB3EC2" w:rsidP="00DB3EC2">
            <w:pPr>
              <w:spacing w:after="0" w:line="240" w:lineRule="auto"/>
              <w:jc w:val="center"/>
              <w:rPr>
                <w:rFonts w:ascii="Times New Roman" w:eastAsia="標楷體" w:hAnsi="Times New Roman"/>
                <w:color w:val="auto"/>
                <w:sz w:val="24"/>
                <w:szCs w:val="24"/>
                <w:lang w:eastAsia="zh-TW"/>
              </w:rPr>
            </w:pPr>
            <w:r w:rsidRPr="00DB3EC2">
              <w:rPr>
                <w:rFonts w:ascii="Times New Roman" w:eastAsia="標楷體" w:hAnsi="Times New Roman"/>
                <w:color w:val="auto"/>
                <w:sz w:val="24"/>
                <w:szCs w:val="24"/>
                <w:lang w:eastAsia="zh-TW"/>
              </w:rPr>
              <w:t>組長核章</w:t>
            </w:r>
          </w:p>
        </w:tc>
        <w:tc>
          <w:tcPr>
            <w:tcW w:w="762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nThickSmallGap" w:sz="24" w:space="0" w:color="auto"/>
            </w:tcBorders>
            <w:shd w:val="clear" w:color="auto" w:fill="FFFFFF" w:themeFill="background1"/>
            <w:vAlign w:val="center"/>
          </w:tcPr>
          <w:p w:rsidR="00DB3EC2" w:rsidRPr="00DB3EC2" w:rsidRDefault="00DB3EC2" w:rsidP="00F97DB0">
            <w:pPr>
              <w:spacing w:after="0" w:line="240" w:lineRule="auto"/>
              <w:jc w:val="center"/>
              <w:rPr>
                <w:rFonts w:ascii="Times New Roman" w:eastAsia="標楷體" w:hAnsi="Times New Roman"/>
                <w:color w:val="auto"/>
                <w:sz w:val="24"/>
                <w:szCs w:val="24"/>
                <w:lang w:eastAsia="zh-TW"/>
              </w:rPr>
            </w:pPr>
          </w:p>
        </w:tc>
      </w:tr>
      <w:tr w:rsidR="00DB3EC2" w:rsidRPr="00610B1B" w:rsidTr="00C94C67">
        <w:trPr>
          <w:trHeight w:val="595"/>
          <w:jc w:val="center"/>
        </w:trPr>
        <w:tc>
          <w:tcPr>
            <w:tcW w:w="2247" w:type="dxa"/>
            <w:gridSpan w:val="2"/>
            <w:tcBorders>
              <w:top w:val="single" w:sz="8" w:space="0" w:color="auto"/>
              <w:left w:val="thinThickSmallGap" w:sz="24" w:space="0" w:color="auto"/>
              <w:bottom w:val="thinThickSmallGap" w:sz="24" w:space="0" w:color="auto"/>
              <w:right w:val="single" w:sz="8" w:space="0" w:color="auto"/>
            </w:tcBorders>
            <w:shd w:val="clear" w:color="auto" w:fill="FFFFFF" w:themeFill="background1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DB3EC2" w:rsidRPr="00DB3EC2" w:rsidRDefault="00DB3EC2" w:rsidP="00DB3EC2">
            <w:pPr>
              <w:spacing w:after="0" w:line="240" w:lineRule="auto"/>
              <w:jc w:val="center"/>
              <w:rPr>
                <w:rFonts w:ascii="Times New Roman" w:eastAsia="標楷體" w:hAnsi="Times New Roman"/>
                <w:color w:val="auto"/>
                <w:sz w:val="24"/>
                <w:szCs w:val="24"/>
                <w:lang w:eastAsia="zh-TW"/>
              </w:rPr>
            </w:pPr>
            <w:r w:rsidRPr="00DB3EC2">
              <w:rPr>
                <w:rFonts w:ascii="Times New Roman" w:eastAsia="標楷體" w:hAnsi="Times New Roman" w:hint="eastAsia"/>
                <w:color w:val="auto"/>
                <w:sz w:val="24"/>
                <w:szCs w:val="24"/>
                <w:lang w:eastAsia="zh-TW"/>
              </w:rPr>
              <w:t>教務長核章</w:t>
            </w:r>
          </w:p>
        </w:tc>
        <w:tc>
          <w:tcPr>
            <w:tcW w:w="762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nThickSmallGap" w:sz="24" w:space="0" w:color="auto"/>
            </w:tcBorders>
            <w:shd w:val="clear" w:color="auto" w:fill="FFFFFF" w:themeFill="background1"/>
            <w:vAlign w:val="center"/>
          </w:tcPr>
          <w:p w:rsidR="00DB3EC2" w:rsidRPr="00DB3EC2" w:rsidRDefault="00DB3EC2" w:rsidP="00F97DB0">
            <w:pPr>
              <w:spacing w:after="0" w:line="240" w:lineRule="auto"/>
              <w:jc w:val="center"/>
              <w:rPr>
                <w:rFonts w:ascii="Times New Roman" w:eastAsia="標楷體" w:hAnsi="Times New Roman"/>
                <w:color w:val="auto"/>
                <w:sz w:val="24"/>
                <w:szCs w:val="24"/>
                <w:lang w:eastAsia="zh-TW"/>
              </w:rPr>
            </w:pPr>
          </w:p>
        </w:tc>
      </w:tr>
      <w:tr w:rsidR="00DB3EC2" w:rsidRPr="00610B1B" w:rsidTr="00C94C67">
        <w:trPr>
          <w:trHeight w:val="699"/>
          <w:jc w:val="center"/>
        </w:trPr>
        <w:tc>
          <w:tcPr>
            <w:tcW w:w="9873" w:type="dxa"/>
            <w:gridSpan w:val="10"/>
            <w:tcBorders>
              <w:top w:val="thinThickSmallGap" w:sz="2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:rsidR="00DB3EC2" w:rsidRPr="00DB3EC2" w:rsidRDefault="00DB3EC2" w:rsidP="00DB3EC2">
            <w:pPr>
              <w:snapToGrid w:val="0"/>
              <w:spacing w:after="0" w:line="240" w:lineRule="auto"/>
              <w:ind w:left="864" w:rightChars="10" w:right="20" w:hangingChars="360" w:hanging="864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DB3EC2">
              <w:rPr>
                <w:rFonts w:ascii="Times New Roman" w:eastAsia="標楷體" w:hAnsi="Times New Roman"/>
                <w:bCs/>
                <w:sz w:val="24"/>
                <w:szCs w:val="24"/>
              </w:rPr>
              <w:t>※</w:t>
            </w:r>
            <w:r w:rsidRPr="00DB3EC2">
              <w:rPr>
                <w:rFonts w:ascii="Times New Roman" w:eastAsia="標楷體" w:hAnsi="Times New Roman"/>
                <w:sz w:val="24"/>
                <w:szCs w:val="24"/>
              </w:rPr>
              <w:t>備註：</w:t>
            </w:r>
          </w:p>
          <w:p w:rsidR="00DB3EC2" w:rsidRPr="00DB3EC2" w:rsidRDefault="00DB3EC2" w:rsidP="00DB3EC2">
            <w:pPr>
              <w:pStyle w:val="ListParagraph"/>
              <w:widowControl w:val="0"/>
              <w:numPr>
                <w:ilvl w:val="0"/>
                <w:numId w:val="10"/>
              </w:numPr>
              <w:snapToGrid w:val="0"/>
              <w:spacing w:after="0" w:line="240" w:lineRule="auto"/>
              <w:ind w:left="175" w:rightChars="10" w:right="20" w:hanging="175"/>
              <w:contextualSpacing w:val="0"/>
              <w:jc w:val="both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DB3EC2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請詳細完成</w:t>
            </w:r>
            <w:r w:rsidRPr="00DB3EC2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本表</w:t>
            </w:r>
            <w:r w:rsidRPr="00DB3EC2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撰寫，並</w:t>
            </w:r>
            <w:r w:rsidRPr="00DB3EC2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於</w:t>
            </w:r>
            <w:r w:rsidRPr="00DB3EC2">
              <w:rPr>
                <w:rFonts w:ascii="Times New Roman" w:eastAsia="標楷體" w:hAnsi="Times New Roman" w:hint="eastAsia"/>
                <w:b/>
                <w:color w:val="FF0000"/>
                <w:sz w:val="24"/>
                <w:szCs w:val="24"/>
                <w:lang w:eastAsia="zh-TW"/>
              </w:rPr>
              <w:t>115</w:t>
            </w:r>
            <w:r w:rsidRPr="00DB3EC2">
              <w:rPr>
                <w:rFonts w:ascii="Times New Roman" w:eastAsia="標楷體" w:hAnsi="Times New Roman" w:hint="eastAsia"/>
                <w:b/>
                <w:color w:val="FF0000"/>
                <w:sz w:val="24"/>
                <w:szCs w:val="24"/>
                <w:lang w:eastAsia="zh-TW"/>
              </w:rPr>
              <w:t>年</w:t>
            </w:r>
            <w:r w:rsidRPr="00DB3EC2">
              <w:rPr>
                <w:rFonts w:ascii="Times New Roman" w:eastAsia="標楷體" w:hAnsi="Times New Roman" w:hint="eastAsia"/>
                <w:b/>
                <w:color w:val="FF0000"/>
                <w:sz w:val="24"/>
                <w:szCs w:val="24"/>
                <w:lang w:eastAsia="zh-TW"/>
              </w:rPr>
              <w:t>9</w:t>
            </w:r>
            <w:r w:rsidRPr="00DB3EC2">
              <w:rPr>
                <w:rFonts w:ascii="Times New Roman" w:eastAsia="標楷體" w:hAnsi="Times New Roman" w:hint="eastAsia"/>
                <w:b/>
                <w:color w:val="FF0000"/>
                <w:sz w:val="24"/>
                <w:szCs w:val="24"/>
                <w:lang w:eastAsia="zh-TW"/>
              </w:rPr>
              <w:t>月</w:t>
            </w:r>
            <w:r w:rsidR="00C364B1">
              <w:rPr>
                <w:rFonts w:ascii="Times New Roman" w:eastAsia="標楷體" w:hAnsi="Times New Roman"/>
                <w:b/>
                <w:color w:val="FF0000"/>
                <w:sz w:val="24"/>
                <w:szCs w:val="24"/>
                <w:lang w:eastAsia="zh-TW"/>
              </w:rPr>
              <w:t>30</w:t>
            </w:r>
            <w:r w:rsidRPr="00DB3EC2">
              <w:rPr>
                <w:rFonts w:ascii="Times New Roman" w:eastAsia="標楷體" w:hAnsi="Times New Roman" w:hint="eastAsia"/>
                <w:b/>
                <w:color w:val="FF0000"/>
                <w:sz w:val="24"/>
                <w:szCs w:val="24"/>
                <w:lang w:eastAsia="zh-TW"/>
              </w:rPr>
              <w:t>日下午</w:t>
            </w:r>
            <w:r w:rsidRPr="00DB3EC2">
              <w:rPr>
                <w:rFonts w:ascii="Times New Roman" w:eastAsia="標楷體" w:hAnsi="Times New Roman" w:hint="eastAsia"/>
                <w:b/>
                <w:color w:val="FF0000"/>
                <w:sz w:val="24"/>
                <w:szCs w:val="24"/>
                <w:lang w:eastAsia="zh-TW"/>
              </w:rPr>
              <w:t>5:30</w:t>
            </w:r>
            <w:r w:rsidRPr="00DB3EC2">
              <w:rPr>
                <w:rFonts w:ascii="Times New Roman" w:eastAsia="標楷體" w:hAnsi="Times New Roman" w:hint="eastAsia"/>
                <w:b/>
                <w:color w:val="FF0000"/>
                <w:sz w:val="24"/>
                <w:szCs w:val="24"/>
                <w:lang w:eastAsia="zh-TW"/>
              </w:rPr>
              <w:t>前</w:t>
            </w:r>
            <w:r w:rsidRPr="00DB3EC2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將</w:t>
            </w:r>
            <w:r w:rsidRPr="00DB3EC2">
              <w:rPr>
                <w:rFonts w:ascii="Times New Roman" w:eastAsia="標楷體" w:hAnsi="Times New Roman" w:hint="eastAsia"/>
                <w:b/>
                <w:sz w:val="24"/>
                <w:szCs w:val="24"/>
                <w:lang w:eastAsia="zh-TW"/>
              </w:rPr>
              <w:t>核章版紙本</w:t>
            </w:r>
            <w:r w:rsidRPr="00DB3EC2">
              <w:rPr>
                <w:rFonts w:ascii="Times New Roman" w:eastAsia="標楷體" w:hAnsi="Times New Roman"/>
                <w:b/>
                <w:sz w:val="24"/>
                <w:szCs w:val="24"/>
                <w:lang w:eastAsia="zh-TW"/>
              </w:rPr>
              <w:t>送至教務處教學發展組</w:t>
            </w:r>
            <w:r w:rsidRPr="00DB3EC2">
              <w:rPr>
                <w:rFonts w:ascii="Times New Roman" w:eastAsia="標楷體" w:hAnsi="Times New Roman" w:hint="eastAsia"/>
                <w:b/>
                <w:sz w:val="24"/>
                <w:szCs w:val="24"/>
                <w:lang w:eastAsia="zh-TW"/>
              </w:rPr>
              <w:t>，</w:t>
            </w:r>
            <w:r w:rsidR="00C364B1">
              <w:rPr>
                <w:rFonts w:ascii="Times New Roman" w:eastAsia="標楷體" w:hAnsi="Times New Roman" w:hint="eastAsia"/>
                <w:b/>
                <w:sz w:val="24"/>
                <w:szCs w:val="24"/>
                <w:lang w:eastAsia="zh-TW"/>
              </w:rPr>
              <w:t>檢附文件</w:t>
            </w:r>
            <w:r w:rsidR="00C364B1">
              <w:rPr>
                <w:rFonts w:ascii="Times New Roman" w:eastAsia="標楷體" w:hAnsi="Times New Roman" w:hint="eastAsia"/>
                <w:b/>
                <w:sz w:val="24"/>
                <w:szCs w:val="24"/>
                <w:lang w:eastAsia="zh-TW"/>
              </w:rPr>
              <w:t>(</w:t>
            </w:r>
            <w:r w:rsidR="00C364B1">
              <w:rPr>
                <w:rFonts w:ascii="Times New Roman" w:eastAsia="標楷體" w:hAnsi="Times New Roman" w:hint="eastAsia"/>
                <w:b/>
                <w:sz w:val="24"/>
                <w:szCs w:val="24"/>
                <w:lang w:eastAsia="zh-TW"/>
              </w:rPr>
              <w:t>歷年成績單、專業證照、服務證明等</w:t>
            </w:r>
            <w:r w:rsidR="00C364B1">
              <w:rPr>
                <w:rFonts w:ascii="Times New Roman" w:eastAsia="標楷體" w:hAnsi="Times New Roman" w:hint="eastAsia"/>
                <w:b/>
                <w:sz w:val="24"/>
                <w:szCs w:val="24"/>
                <w:lang w:eastAsia="zh-TW"/>
              </w:rPr>
              <w:t>)</w:t>
            </w:r>
            <w:r w:rsidR="00DF10EA">
              <w:rPr>
                <w:rFonts w:ascii="Times New Roman" w:eastAsia="標楷體" w:hAnsi="Times New Roman" w:hint="eastAsia"/>
                <w:b/>
                <w:sz w:val="24"/>
                <w:szCs w:val="24"/>
                <w:lang w:eastAsia="zh-TW"/>
              </w:rPr>
              <w:t>電子檔</w:t>
            </w:r>
            <w:r w:rsidRPr="00DB3EC2">
              <w:rPr>
                <w:rFonts w:ascii="Times New Roman" w:eastAsia="標楷體" w:hAnsi="Times New Roman"/>
                <w:b/>
                <w:sz w:val="24"/>
                <w:szCs w:val="24"/>
                <w:lang w:eastAsia="zh-TW"/>
              </w:rPr>
              <w:t>則寄至</w:t>
            </w:r>
            <w:r w:rsidRPr="00DB3EC2">
              <w:rPr>
                <w:rFonts w:ascii="Times New Roman" w:eastAsia="標楷體" w:hAnsi="Times New Roman"/>
                <w:b/>
                <w:sz w:val="24"/>
                <w:szCs w:val="24"/>
                <w:lang w:eastAsia="zh-TW"/>
              </w:rPr>
              <w:t>ctd@</w:t>
            </w:r>
            <w:r w:rsidRPr="00DB3EC2">
              <w:rPr>
                <w:rFonts w:ascii="Times New Roman" w:eastAsia="標楷體" w:hAnsi="Times New Roman" w:hint="eastAsia"/>
                <w:b/>
                <w:sz w:val="24"/>
                <w:szCs w:val="24"/>
                <w:lang w:eastAsia="zh-TW"/>
              </w:rPr>
              <w:t>mail</w:t>
            </w:r>
            <w:r w:rsidRPr="00DB3EC2">
              <w:rPr>
                <w:rFonts w:ascii="Times New Roman" w:eastAsia="標楷體" w:hAnsi="Times New Roman"/>
                <w:b/>
                <w:sz w:val="24"/>
                <w:szCs w:val="24"/>
                <w:lang w:eastAsia="zh-TW"/>
              </w:rPr>
              <w:t>.nt</w:t>
            </w:r>
            <w:r w:rsidRPr="00DB3EC2">
              <w:rPr>
                <w:rFonts w:ascii="Times New Roman" w:eastAsia="標楷體" w:hAnsi="Times New Roman" w:hint="eastAsia"/>
                <w:b/>
                <w:sz w:val="24"/>
                <w:szCs w:val="24"/>
                <w:lang w:eastAsia="zh-TW"/>
              </w:rPr>
              <w:t>cu</w:t>
            </w:r>
            <w:r w:rsidRPr="00DB3EC2">
              <w:rPr>
                <w:rFonts w:ascii="Times New Roman" w:eastAsia="標楷體" w:hAnsi="Times New Roman"/>
                <w:b/>
                <w:sz w:val="24"/>
                <w:szCs w:val="24"/>
                <w:lang w:eastAsia="zh-TW"/>
              </w:rPr>
              <w:t>.edu.tw</w:t>
            </w:r>
            <w:r w:rsidRPr="00DB3EC2">
              <w:rPr>
                <w:rFonts w:ascii="Times New Roman" w:eastAsia="標楷體" w:hAnsi="Times New Roman"/>
                <w:b/>
                <w:sz w:val="24"/>
                <w:szCs w:val="24"/>
                <w:lang w:eastAsia="zh-TW"/>
              </w:rPr>
              <w:t>，信件主旨請註明「</w:t>
            </w:r>
            <w:r w:rsidRPr="00DB3EC2">
              <w:rPr>
                <w:rFonts w:ascii="Times New Roman" w:eastAsia="標楷體" w:hAnsi="Times New Roman"/>
                <w:b/>
                <w:sz w:val="24"/>
                <w:szCs w:val="24"/>
                <w:lang w:eastAsia="zh-TW"/>
              </w:rPr>
              <w:t>115</w:t>
            </w:r>
            <w:r w:rsidRPr="00DB3EC2">
              <w:rPr>
                <w:rFonts w:ascii="Times New Roman" w:eastAsia="標楷體" w:hAnsi="Times New Roman"/>
                <w:b/>
                <w:sz w:val="24"/>
                <w:szCs w:val="24"/>
                <w:lang w:eastAsia="zh-TW"/>
              </w:rPr>
              <w:t>學年度第</w:t>
            </w:r>
            <w:r w:rsidRPr="00DB3EC2">
              <w:rPr>
                <w:rFonts w:ascii="Times New Roman" w:eastAsia="標楷體" w:hAnsi="Times New Roman"/>
                <w:b/>
                <w:sz w:val="24"/>
                <w:szCs w:val="24"/>
                <w:lang w:eastAsia="zh-TW"/>
              </w:rPr>
              <w:t>1</w:t>
            </w:r>
            <w:r w:rsidR="00C364B1">
              <w:rPr>
                <w:rFonts w:ascii="Times New Roman" w:eastAsia="標楷體" w:hAnsi="Times New Roman"/>
                <w:b/>
                <w:sz w:val="24"/>
                <w:szCs w:val="24"/>
                <w:lang w:eastAsia="zh-TW"/>
              </w:rPr>
              <w:t>學期</w:t>
            </w:r>
            <w:r w:rsidR="00C364B1">
              <w:rPr>
                <w:rFonts w:ascii="Times New Roman" w:eastAsia="標楷體" w:hAnsi="Times New Roman" w:hint="eastAsia"/>
                <w:b/>
                <w:sz w:val="24"/>
                <w:szCs w:val="24"/>
                <w:lang w:eastAsia="zh-TW"/>
              </w:rPr>
              <w:t>教學助理基本資料表</w:t>
            </w:r>
            <w:r w:rsidR="00C364B1">
              <w:rPr>
                <w:rFonts w:ascii="Times New Roman" w:eastAsia="標楷體" w:hAnsi="Times New Roman" w:hint="eastAsia"/>
                <w:b/>
                <w:sz w:val="24"/>
                <w:szCs w:val="24"/>
                <w:lang w:eastAsia="zh-TW"/>
              </w:rPr>
              <w:t>-</w:t>
            </w:r>
            <w:r w:rsidR="00C364B1">
              <w:rPr>
                <w:rFonts w:ascii="Times New Roman" w:eastAsia="標楷體" w:hAnsi="Times New Roman" w:hint="eastAsia"/>
                <w:b/>
                <w:sz w:val="24"/>
                <w:szCs w:val="24"/>
                <w:lang w:eastAsia="zh-TW"/>
              </w:rPr>
              <w:t>教學助理姓名</w:t>
            </w:r>
            <w:r w:rsidR="00C364B1">
              <w:rPr>
                <w:rFonts w:ascii="Times New Roman" w:eastAsia="標楷體" w:hAnsi="Times New Roman"/>
                <w:b/>
                <w:sz w:val="24"/>
                <w:szCs w:val="24"/>
                <w:lang w:eastAsia="zh-TW"/>
              </w:rPr>
              <w:t>」，檔名同信件主旨名稱</w:t>
            </w:r>
            <w:r w:rsidR="00C364B1" w:rsidRPr="00C364B1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，俾利建立教學助理人才庫。</w:t>
            </w:r>
          </w:p>
          <w:p w:rsidR="00DB3EC2" w:rsidRPr="00DB3EC2" w:rsidRDefault="00C364B1" w:rsidP="00DB3EC2">
            <w:pPr>
              <w:pStyle w:val="ListParagraph"/>
              <w:widowControl w:val="0"/>
              <w:numPr>
                <w:ilvl w:val="0"/>
                <w:numId w:val="10"/>
              </w:numPr>
              <w:snapToGrid w:val="0"/>
              <w:spacing w:after="0" w:line="240" w:lineRule="auto"/>
              <w:ind w:left="192" w:rightChars="10" w:right="20" w:hangingChars="80" w:hanging="192"/>
              <w:contextualSpacing w:val="0"/>
              <w:jc w:val="both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每一位教學助理應依前項規定完成基本資料建檔</w:t>
            </w:r>
            <w:r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(</w:t>
            </w:r>
            <w:r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資料確實無誤</w:t>
            </w:r>
            <w:r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)</w:t>
            </w:r>
            <w:r w:rsidR="002604CE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，逾期未繳交</w:t>
            </w:r>
            <w:r w:rsidR="00BF7E4F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者</w:t>
            </w:r>
            <w:r w:rsidR="002604CE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，將由教務處教學發展組</w:t>
            </w:r>
            <w:r w:rsidR="00D931D2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聯繫補件。</w:t>
            </w:r>
          </w:p>
          <w:p w:rsidR="00DB3EC2" w:rsidRPr="00DB3EC2" w:rsidRDefault="00DB3EC2" w:rsidP="00DB3EC2">
            <w:pPr>
              <w:pStyle w:val="ListParagraph"/>
              <w:widowControl w:val="0"/>
              <w:numPr>
                <w:ilvl w:val="0"/>
                <w:numId w:val="10"/>
              </w:numPr>
              <w:snapToGrid w:val="0"/>
              <w:spacing w:after="0" w:line="240" w:lineRule="auto"/>
              <w:ind w:left="192" w:rightChars="10" w:right="20" w:hangingChars="80" w:hanging="192"/>
              <w:contextualSpacing w:val="0"/>
              <w:jc w:val="both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DB3EC2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如有其他相關資料</w:t>
            </w:r>
            <w:r w:rsidR="00C364B1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須檢附紙本</w:t>
            </w:r>
            <w:r w:rsidRPr="00DB3EC2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，請與本表一併裝訂於後。</w:t>
            </w:r>
          </w:p>
          <w:p w:rsidR="00DB3EC2" w:rsidRPr="00DB3EC2" w:rsidRDefault="00C364B1" w:rsidP="00DB3EC2">
            <w:pPr>
              <w:pStyle w:val="ListParagraph"/>
              <w:widowControl w:val="0"/>
              <w:numPr>
                <w:ilvl w:val="0"/>
                <w:numId w:val="10"/>
              </w:numPr>
              <w:snapToGrid w:val="0"/>
              <w:spacing w:after="0" w:line="240" w:lineRule="auto"/>
              <w:ind w:left="192" w:rightChars="10" w:right="20" w:hangingChars="80" w:hanging="192"/>
              <w:contextualSpacing w:val="0"/>
              <w:jc w:val="both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為建立本校教學助理人才庫利於陳報教育部相關單位，</w:t>
            </w:r>
            <w:r w:rsidR="00DB3EC2" w:rsidRPr="00DB3EC2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本表蒐集之個人資料：姓名、單位系級、電話、</w:t>
            </w:r>
            <w:r w:rsidR="00DB3EC2" w:rsidRPr="00DB3EC2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E-mail</w:t>
            </w:r>
            <w:r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等資訊，僅作為前述之用</w:t>
            </w:r>
            <w:r w:rsidR="00DB3EC2" w:rsidRPr="00DB3EC2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。</w:t>
            </w:r>
          </w:p>
          <w:p w:rsidR="00DB3EC2" w:rsidRPr="00DB3EC2" w:rsidRDefault="00A20AE2" w:rsidP="00DB3EC2">
            <w:pPr>
              <w:pStyle w:val="ListParagraph"/>
              <w:widowControl w:val="0"/>
              <w:numPr>
                <w:ilvl w:val="0"/>
                <w:numId w:val="10"/>
              </w:numPr>
              <w:snapToGrid w:val="0"/>
              <w:spacing w:after="0" w:line="240" w:lineRule="auto"/>
              <w:ind w:left="192" w:rightChars="100" w:right="200" w:hangingChars="80" w:hanging="192"/>
              <w:contextualSpacing w:val="0"/>
              <w:jc w:val="both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教學助理基本資料表</w:t>
            </w:r>
            <w:r w:rsidR="00DB3EC2" w:rsidRPr="00DB3EC2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可至本校教務處教學發展組</w:t>
            </w:r>
            <w:r w:rsidR="00DB3EC2" w:rsidRPr="00DB3EC2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(</w:t>
            </w:r>
            <w:r w:rsidR="00DB3EC2" w:rsidRPr="00DB3EC2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原教學發展中心</w:t>
            </w:r>
            <w:r w:rsidR="00DB3EC2" w:rsidRPr="00DB3EC2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)</w:t>
            </w:r>
            <w:r w:rsidR="00DB3EC2" w:rsidRPr="00DB3EC2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網頁</w:t>
            </w:r>
            <w:r w:rsidR="00DB3EC2" w:rsidRPr="00DB3EC2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-</w:t>
            </w:r>
            <w:r w:rsidR="00DB3EC2" w:rsidRPr="00DB3EC2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下載專區</w:t>
            </w:r>
            <w:r w:rsidR="00DB3EC2" w:rsidRPr="00DB3EC2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-</w:t>
            </w:r>
            <w:r w:rsidR="00C364B1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教學助理</w:t>
            </w:r>
            <w:r w:rsidR="00A100D9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相關表單</w:t>
            </w:r>
            <w:r w:rsidR="00C364B1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下載</w:t>
            </w:r>
            <w:r w:rsidR="00DB3EC2" w:rsidRPr="00DB3EC2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。</w:t>
            </w:r>
          </w:p>
          <w:p w:rsidR="00C364B1" w:rsidRDefault="00DB3EC2" w:rsidP="00C364B1">
            <w:pPr>
              <w:pStyle w:val="ListParagraph"/>
              <w:widowControl w:val="0"/>
              <w:numPr>
                <w:ilvl w:val="0"/>
                <w:numId w:val="10"/>
              </w:numPr>
              <w:snapToGrid w:val="0"/>
              <w:spacing w:after="0" w:line="240" w:lineRule="auto"/>
              <w:ind w:left="192" w:rightChars="100" w:right="200" w:hangingChars="80" w:hanging="192"/>
              <w:contextualSpacing w:val="0"/>
              <w:jc w:val="both"/>
              <w:rPr>
                <w:rFonts w:ascii="Times New Roman" w:eastAsia="標楷體" w:hAnsi="Times New Roman"/>
                <w:b/>
                <w:sz w:val="24"/>
                <w:szCs w:val="24"/>
              </w:rPr>
            </w:pPr>
            <w:r w:rsidRPr="00DB3EC2">
              <w:rPr>
                <w:rFonts w:ascii="Times New Roman" w:eastAsia="標楷體" w:hAnsi="Times New Roman"/>
                <w:sz w:val="24"/>
                <w:szCs w:val="24"/>
              </w:rPr>
              <w:t>相關問題請洽</w:t>
            </w:r>
            <w:r w:rsidRPr="00DB3EC2">
              <w:rPr>
                <w:rFonts w:ascii="Times New Roman" w:eastAsia="標楷體" w:hAnsi="Times New Roman"/>
                <w:b/>
                <w:sz w:val="24"/>
                <w:szCs w:val="24"/>
              </w:rPr>
              <w:t>教務處教學發展組承辦人員李小姐，電話：</w:t>
            </w:r>
            <w:r w:rsidRPr="00DB3EC2">
              <w:rPr>
                <w:rFonts w:ascii="Times New Roman" w:eastAsia="標楷體" w:hAnsi="Times New Roman"/>
                <w:b/>
                <w:sz w:val="24"/>
                <w:szCs w:val="24"/>
              </w:rPr>
              <w:t>(0</w:t>
            </w:r>
            <w:r w:rsidRPr="00DB3EC2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4</w:t>
            </w:r>
            <w:r w:rsidRPr="00DB3EC2">
              <w:rPr>
                <w:rFonts w:ascii="Times New Roman" w:eastAsia="標楷體" w:hAnsi="Times New Roman"/>
                <w:b/>
                <w:sz w:val="24"/>
                <w:szCs w:val="24"/>
              </w:rPr>
              <w:t>)</w:t>
            </w:r>
            <w:r w:rsidRPr="00DB3EC2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2218</w:t>
            </w:r>
            <w:r w:rsidRPr="00DB3EC2">
              <w:rPr>
                <w:rFonts w:ascii="Times New Roman" w:eastAsia="標楷體" w:hAnsi="Times New Roman"/>
                <w:b/>
                <w:sz w:val="24"/>
                <w:szCs w:val="24"/>
              </w:rPr>
              <w:t>-</w:t>
            </w:r>
            <w:r w:rsidRPr="00DB3EC2">
              <w:rPr>
                <w:rFonts w:ascii="Times New Roman" w:eastAsia="標楷體" w:hAnsi="Times New Roman" w:hint="eastAsia"/>
                <w:b/>
                <w:sz w:val="24"/>
                <w:szCs w:val="24"/>
              </w:rPr>
              <w:t>3143</w:t>
            </w:r>
            <w:r w:rsidRPr="00DB3EC2">
              <w:rPr>
                <w:rFonts w:ascii="Times New Roman" w:eastAsia="標楷體" w:hAnsi="Times New Roman"/>
                <w:b/>
                <w:sz w:val="24"/>
                <w:szCs w:val="24"/>
              </w:rPr>
              <w:t>，信箱：</w:t>
            </w:r>
            <w:r w:rsidR="00C364B1" w:rsidRPr="00C364B1">
              <w:rPr>
                <w:rFonts w:ascii="Times New Roman" w:eastAsia="標楷體" w:hAnsi="Times New Roman"/>
                <w:b/>
                <w:sz w:val="24"/>
                <w:szCs w:val="24"/>
              </w:rPr>
              <w:t>ctd@mail.ntcu.edu.tw</w:t>
            </w:r>
            <w:r w:rsidRPr="00DB3EC2">
              <w:rPr>
                <w:rFonts w:ascii="Times New Roman" w:eastAsia="標楷體" w:hAnsi="Times New Roman"/>
                <w:b/>
                <w:sz w:val="24"/>
                <w:szCs w:val="24"/>
              </w:rPr>
              <w:t>。</w:t>
            </w:r>
          </w:p>
          <w:p w:rsidR="00DB3EC2" w:rsidRPr="00C364B1" w:rsidRDefault="00C364B1" w:rsidP="00C364B1">
            <w:pPr>
              <w:pStyle w:val="ListParagraph"/>
              <w:widowControl w:val="0"/>
              <w:numPr>
                <w:ilvl w:val="0"/>
                <w:numId w:val="10"/>
              </w:numPr>
              <w:snapToGrid w:val="0"/>
              <w:spacing w:after="0" w:line="240" w:lineRule="auto"/>
              <w:ind w:left="192" w:rightChars="100" w:right="200" w:hangingChars="80" w:hanging="192"/>
              <w:contextualSpacing w:val="0"/>
              <w:jc w:val="both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C364B1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擔任教學助理期間</w:t>
            </w:r>
            <w:r w:rsidRPr="00C364B1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請務必遵守</w:t>
            </w:r>
            <w:r w:rsidR="00DB3EC2" w:rsidRPr="00C364B1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智慧財產權、性別平權</w:t>
            </w:r>
            <w:r w:rsidRPr="00C364B1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等</w:t>
            </w:r>
            <w:r w:rsidR="00DB3EC2" w:rsidRPr="00C364B1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相關規定。</w:t>
            </w:r>
          </w:p>
        </w:tc>
      </w:tr>
    </w:tbl>
    <w:p w:rsidR="008A02AE" w:rsidRPr="008E2148" w:rsidRDefault="008A02AE" w:rsidP="009F6C3C">
      <w:pPr>
        <w:spacing w:before="240" w:after="80"/>
        <w:rPr>
          <w:rFonts w:ascii="Times New Roman" w:eastAsia="標楷體" w:hAnsi="Times New Roman"/>
          <w:color w:val="auto"/>
          <w:sz w:val="24"/>
          <w:szCs w:val="24"/>
          <w:lang w:eastAsia="zh-TW"/>
        </w:rPr>
      </w:pPr>
      <w:bookmarkStart w:id="0" w:name="_GoBack"/>
      <w:bookmarkEnd w:id="0"/>
    </w:p>
    <w:sectPr w:rsidR="008A02AE" w:rsidRPr="008E2148" w:rsidSect="00C94C67">
      <w:headerReference w:type="default" r:id="rId8"/>
      <w:footerReference w:type="default" r:id="rId9"/>
      <w:pgSz w:w="11909" w:h="16834"/>
      <w:pgMar w:top="1138" w:right="1138" w:bottom="1138" w:left="1138" w:header="624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3122" w:rsidRDefault="007A3122" w:rsidP="008E2148">
      <w:pPr>
        <w:spacing w:after="0" w:line="240" w:lineRule="auto"/>
      </w:pPr>
      <w:r>
        <w:separator/>
      </w:r>
    </w:p>
  </w:endnote>
  <w:endnote w:type="continuationSeparator" w:id="0">
    <w:p w:rsidR="007A3122" w:rsidRDefault="007A3122" w:rsidP="008E21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86631885"/>
      <w:docPartObj>
        <w:docPartGallery w:val="Page Numbers (Bottom of Page)"/>
        <w:docPartUnique/>
      </w:docPartObj>
    </w:sdtPr>
    <w:sdtEndPr>
      <w:rPr>
        <w:color w:val="auto"/>
      </w:rPr>
    </w:sdtEndPr>
    <w:sdtContent>
      <w:sdt>
        <w:sdtPr>
          <w:id w:val="1728636285"/>
          <w:docPartObj>
            <w:docPartGallery w:val="Page Numbers (Top of Page)"/>
            <w:docPartUnique/>
          </w:docPartObj>
        </w:sdtPr>
        <w:sdtEndPr>
          <w:rPr>
            <w:color w:val="auto"/>
          </w:rPr>
        </w:sdtEndPr>
        <w:sdtContent>
          <w:p w:rsidR="00C94C67" w:rsidRPr="00C94C67" w:rsidRDefault="00C94C67" w:rsidP="00C94C67">
            <w:pPr>
              <w:pStyle w:val="Footer"/>
              <w:jc w:val="center"/>
              <w:rPr>
                <w:color w:val="auto"/>
              </w:rPr>
            </w:pPr>
            <w:r w:rsidRPr="00C94C67">
              <w:rPr>
                <w:rFonts w:ascii="Times New Roman" w:eastAsia="標楷體" w:hAnsi="Times New Roman" w:cs="微軟正黑體"/>
                <w:color w:val="auto"/>
                <w:szCs w:val="20"/>
              </w:rPr>
              <w:t>第</w:t>
            </w:r>
            <w:r w:rsidRPr="00C94C67">
              <w:rPr>
                <w:rFonts w:ascii="Times New Roman" w:eastAsia="標楷體" w:hAnsi="Times New Roman"/>
                <w:color w:val="auto"/>
                <w:szCs w:val="20"/>
              </w:rPr>
              <w:t xml:space="preserve"> </w:t>
            </w:r>
            <w:r w:rsidRPr="00C94C67">
              <w:rPr>
                <w:rFonts w:ascii="Times New Roman" w:eastAsia="標楷體" w:hAnsi="Times New Roman"/>
                <w:bCs/>
                <w:color w:val="auto"/>
                <w:szCs w:val="20"/>
              </w:rPr>
              <w:fldChar w:fldCharType="begin"/>
            </w:r>
            <w:r w:rsidRPr="00C94C67">
              <w:rPr>
                <w:rFonts w:ascii="Times New Roman" w:eastAsia="標楷體" w:hAnsi="Times New Roman"/>
                <w:bCs/>
                <w:color w:val="auto"/>
                <w:szCs w:val="20"/>
              </w:rPr>
              <w:instrText xml:space="preserve"> PAGE </w:instrText>
            </w:r>
            <w:r w:rsidRPr="00C94C67">
              <w:rPr>
                <w:rFonts w:ascii="Times New Roman" w:eastAsia="標楷體" w:hAnsi="Times New Roman"/>
                <w:bCs/>
                <w:color w:val="auto"/>
                <w:szCs w:val="20"/>
              </w:rPr>
              <w:fldChar w:fldCharType="separate"/>
            </w:r>
            <w:r w:rsidR="00A20AE2">
              <w:rPr>
                <w:rFonts w:ascii="Times New Roman" w:eastAsia="標楷體" w:hAnsi="Times New Roman"/>
                <w:bCs/>
                <w:noProof/>
                <w:color w:val="auto"/>
                <w:szCs w:val="20"/>
              </w:rPr>
              <w:t>2</w:t>
            </w:r>
            <w:r w:rsidRPr="00C94C67">
              <w:rPr>
                <w:rFonts w:ascii="Times New Roman" w:eastAsia="標楷體" w:hAnsi="Times New Roman"/>
                <w:bCs/>
                <w:color w:val="auto"/>
                <w:szCs w:val="20"/>
              </w:rPr>
              <w:fldChar w:fldCharType="end"/>
            </w:r>
            <w:r w:rsidRPr="00C94C67">
              <w:rPr>
                <w:rFonts w:ascii="Times New Roman" w:eastAsia="標楷體" w:hAnsi="Times New Roman" w:cs="微軟正黑體"/>
                <w:bCs/>
                <w:color w:val="auto"/>
                <w:szCs w:val="20"/>
              </w:rPr>
              <w:t>頁</w:t>
            </w:r>
            <w:r w:rsidRPr="00C94C67">
              <w:rPr>
                <w:rFonts w:ascii="Times New Roman" w:eastAsia="標楷體" w:hAnsi="Times New Roman"/>
                <w:color w:val="auto"/>
                <w:szCs w:val="20"/>
              </w:rPr>
              <w:t>，</w:t>
            </w:r>
            <w:r w:rsidRPr="00C94C67">
              <w:rPr>
                <w:rFonts w:ascii="Times New Roman" w:eastAsia="標楷體" w:hAnsi="Times New Roman" w:cs="微軟正黑體"/>
                <w:color w:val="auto"/>
                <w:szCs w:val="20"/>
              </w:rPr>
              <w:t>共</w:t>
            </w:r>
            <w:r w:rsidRPr="00C94C67">
              <w:rPr>
                <w:rFonts w:ascii="Times New Roman" w:eastAsia="標楷體" w:hAnsi="Times New Roman"/>
                <w:color w:val="auto"/>
                <w:szCs w:val="20"/>
              </w:rPr>
              <w:t xml:space="preserve"> </w:t>
            </w:r>
            <w:r w:rsidRPr="00C94C67">
              <w:rPr>
                <w:rFonts w:ascii="Times New Roman" w:eastAsia="標楷體" w:hAnsi="Times New Roman"/>
                <w:bCs/>
                <w:color w:val="auto"/>
                <w:szCs w:val="20"/>
              </w:rPr>
              <w:fldChar w:fldCharType="begin"/>
            </w:r>
            <w:r w:rsidRPr="00C94C67">
              <w:rPr>
                <w:rFonts w:ascii="Times New Roman" w:eastAsia="標楷體" w:hAnsi="Times New Roman"/>
                <w:bCs/>
                <w:color w:val="auto"/>
                <w:szCs w:val="20"/>
              </w:rPr>
              <w:instrText xml:space="preserve"> NUMPAGES  </w:instrText>
            </w:r>
            <w:r w:rsidRPr="00C94C67">
              <w:rPr>
                <w:rFonts w:ascii="Times New Roman" w:eastAsia="標楷體" w:hAnsi="Times New Roman"/>
                <w:bCs/>
                <w:color w:val="auto"/>
                <w:szCs w:val="20"/>
              </w:rPr>
              <w:fldChar w:fldCharType="separate"/>
            </w:r>
            <w:r w:rsidR="00A20AE2">
              <w:rPr>
                <w:rFonts w:ascii="Times New Roman" w:eastAsia="標楷體" w:hAnsi="Times New Roman"/>
                <w:bCs/>
                <w:noProof/>
                <w:color w:val="auto"/>
                <w:szCs w:val="20"/>
              </w:rPr>
              <w:t>2</w:t>
            </w:r>
            <w:r w:rsidRPr="00C94C67">
              <w:rPr>
                <w:rFonts w:ascii="Times New Roman" w:eastAsia="標楷體" w:hAnsi="Times New Roman"/>
                <w:bCs/>
                <w:color w:val="auto"/>
                <w:szCs w:val="20"/>
              </w:rPr>
              <w:fldChar w:fldCharType="end"/>
            </w:r>
            <w:r w:rsidRPr="00C94C67">
              <w:rPr>
                <w:rFonts w:ascii="Times New Roman" w:eastAsia="標楷體" w:hAnsi="Times New Roman" w:cs="微軟正黑體"/>
                <w:bCs/>
                <w:color w:val="auto"/>
                <w:szCs w:val="20"/>
              </w:rPr>
              <w:t>頁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3122" w:rsidRDefault="007A3122" w:rsidP="008E2148">
      <w:pPr>
        <w:spacing w:after="0" w:line="240" w:lineRule="auto"/>
      </w:pPr>
      <w:r>
        <w:separator/>
      </w:r>
    </w:p>
  </w:footnote>
  <w:footnote w:type="continuationSeparator" w:id="0">
    <w:p w:rsidR="007A3122" w:rsidRDefault="007A3122" w:rsidP="008E21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2148" w:rsidRPr="008E2148" w:rsidRDefault="008E2148" w:rsidP="008E2148">
    <w:pPr>
      <w:pStyle w:val="Header"/>
      <w:jc w:val="right"/>
      <w:rPr>
        <w:rFonts w:ascii="Times New Roman" w:eastAsia="標楷體" w:hAnsi="Times New Roman"/>
        <w:lang w:eastAsia="zh-TW"/>
      </w:rPr>
    </w:pPr>
    <w:r w:rsidRPr="008E2148">
      <w:rPr>
        <w:rFonts w:ascii="Times New Roman" w:eastAsia="標楷體" w:hAnsi="Times New Roman" w:cs="微軟正黑體"/>
        <w:lang w:eastAsia="zh-TW"/>
      </w:rPr>
      <w:t>國立臺中教育大學教務處教學發展組</w:t>
    </w:r>
    <w:r w:rsidRPr="008E2148">
      <w:rPr>
        <w:rFonts w:ascii="Times New Roman" w:eastAsia="標楷體" w:hAnsi="Times New Roman" w:cs="微軟正黑體"/>
        <w:lang w:eastAsia="zh-TW"/>
      </w:rPr>
      <w:t xml:space="preserve"> 115</w:t>
    </w:r>
    <w:r w:rsidRPr="008E2148">
      <w:rPr>
        <w:rFonts w:ascii="Times New Roman" w:eastAsia="標楷體" w:hAnsi="Times New Roman" w:cs="微軟正黑體"/>
        <w:lang w:eastAsia="zh-TW"/>
      </w:rPr>
      <w:t>年</w:t>
    </w:r>
    <w:r w:rsidRPr="008E2148">
      <w:rPr>
        <w:rFonts w:ascii="Times New Roman" w:eastAsia="標楷體" w:hAnsi="Times New Roman" w:cs="微軟正黑體"/>
        <w:lang w:eastAsia="zh-TW"/>
      </w:rPr>
      <w:t>8</w:t>
    </w:r>
    <w:r w:rsidRPr="008E2148">
      <w:rPr>
        <w:rFonts w:ascii="Times New Roman" w:eastAsia="標楷體" w:hAnsi="Times New Roman" w:cs="微軟正黑體"/>
        <w:lang w:eastAsia="zh-TW"/>
      </w:rPr>
      <w:t>月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48E94EA2"/>
    <w:multiLevelType w:val="hybridMultilevel"/>
    <w:tmpl w:val="74D46632"/>
    <w:lvl w:ilvl="0" w:tplc="26B0A4B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3A85"/>
    <w:rsid w:val="00034616"/>
    <w:rsid w:val="0006063C"/>
    <w:rsid w:val="0015074B"/>
    <w:rsid w:val="002604CE"/>
    <w:rsid w:val="0029639D"/>
    <w:rsid w:val="00326F90"/>
    <w:rsid w:val="00610B1B"/>
    <w:rsid w:val="00697881"/>
    <w:rsid w:val="007A3122"/>
    <w:rsid w:val="008A02AE"/>
    <w:rsid w:val="008E2148"/>
    <w:rsid w:val="009E14B4"/>
    <w:rsid w:val="009F6C3C"/>
    <w:rsid w:val="00A100D9"/>
    <w:rsid w:val="00A20AE2"/>
    <w:rsid w:val="00A84135"/>
    <w:rsid w:val="00AA1D8D"/>
    <w:rsid w:val="00B47730"/>
    <w:rsid w:val="00B54D09"/>
    <w:rsid w:val="00BB6C36"/>
    <w:rsid w:val="00BF7E4F"/>
    <w:rsid w:val="00C364B1"/>
    <w:rsid w:val="00C94C67"/>
    <w:rsid w:val="00CB0664"/>
    <w:rsid w:val="00D3579A"/>
    <w:rsid w:val="00D931D2"/>
    <w:rsid w:val="00DB3EC2"/>
    <w:rsid w:val="00DF10EA"/>
    <w:rsid w:val="00E644B6"/>
    <w:rsid w:val="00F80C98"/>
    <w:rsid w:val="00F83638"/>
    <w:rsid w:val="00F97DB0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300"/>
  <w15:docId w15:val="{F55DB943-5DD1-4A0E-B15B-D92BEDD4B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微軟正黑體" w:hAnsi="微軟正黑體"/>
      <w:color w:val="2B2B2B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B54D09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9E14B4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E14B4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E14B4"/>
    <w:rPr>
      <w:rFonts w:ascii="微軟正黑體" w:hAnsi="微軟正黑體"/>
      <w:color w:val="2B2B2B"/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E14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E14B4"/>
    <w:rPr>
      <w:rFonts w:ascii="微軟正黑體" w:hAnsi="微軟正黑體"/>
      <w:b/>
      <w:bCs/>
      <w:color w:val="2B2B2B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14B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4B4"/>
    <w:rPr>
      <w:rFonts w:asciiTheme="majorHAnsi" w:eastAsiaTheme="majorEastAsia" w:hAnsiTheme="majorHAnsi" w:cstheme="majorBidi"/>
      <w:color w:val="2B2B2B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190200A-8D5B-40C9-9EA4-EE9D6F920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1243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李昕庭</cp:lastModifiedBy>
  <cp:revision>16</cp:revision>
  <dcterms:created xsi:type="dcterms:W3CDTF">2013-12-23T23:15:00Z</dcterms:created>
  <dcterms:modified xsi:type="dcterms:W3CDTF">2026-08-30T12:10:00Z</dcterms:modified>
  <cp:category/>
</cp:coreProperties>
</file>