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「溝通表達」共通職能之教學方法及評量方式分享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主要UCAN共通職能：溝通表達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5D5F65" w14:paraId="6AAF71AA" w14:textId="77777777" w:rsidTr="005D5F65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5D5F65" w:rsidRDefault="005D5F65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B06D67" w14:textId="77777777" w:rsidR="005D5F65" w:rsidRPr="00FB20F1" w:rsidRDefault="005D5F65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■ </w:t>
            </w:r>
            <w:r w:rsidRPr="005D5F65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5D5F65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5D5F65">
              <w:rPr>
                <w:rFonts w:ascii="微軟正黑體" w:eastAsia="微軟正黑體" w:hAnsi="微軟正黑體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5D5F65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0A61C08B" w:rsidR="005D5F65" w:rsidRPr="00FB20F1" w:rsidRDefault="005D5F65" w:rsidP="00AB0294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填寫說明：本版本以「溝通表達」為主要UCAN共通職能，以下請依「溝通表達」7項內涵，逐項連結您所授課程的能力培養目標、教學方法與評量設計。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貳、「溝通表達」共通職能之教學與評量設計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「UCAN內涵」由認領職能之官方定義逐項列出；本表為「溝通表達」7項內涵。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UCAN「溝通表達」內涵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工作上與人談話時，能先確認彼此的主題與目的。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與人談話時，能專注傾聽觀察對方傳達的訊息，即使他人和自己意見不相同，仍然樂於傾聽接納。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會依據不同對象，運用適當方法技巧，清楚表達訊息及進行對話。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能夠正確解讀工作相關文件，如文字或圖表資料、技術文件、測試報告等。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能夠使用正確的文法、格式或邏輯製作符合組織或工作所要求之書面資料。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能對不同對象，能以書面方式適切地陳述欲表達之訊息。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55B7D0C" w14:textId="77777777">
        <w:trPr>
          <w:cantSplit/>
          <w:trHeight w:val="316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928D791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7. 運用組織或工作所要求之外語能力進行資訊溝通傳達。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E2CD0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E0B9B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42A84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53FA2F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最後一欄建議標示「主要UCAN職能＋內涵編號」，例如「溝通表達2、3」，可直接看出該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179"/>
        <w:gridCol w:w="1882"/>
        <w:gridCol w:w="2060"/>
        <w:gridCol w:w="870"/>
        <w:gridCol w:w="1190"/>
        <w:gridCol w:w="2060"/>
        <w:gridCol w:w="2060"/>
        <w:gridCol w:w="3077"/>
      </w:tblGrid>
      <w:tr w:rsidR="00BD605F" w14:paraId="43306BE8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5472" w:type="dxa"/>
            <w:gridSpan w:val="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■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br/>
              <w:t xml:space="preserve">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079BC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資訊科技應用</w:t>
            </w:r>
          </w:p>
        </w:tc>
      </w:tr>
      <w:tr w:rsidR="00BD605F" w14:paraId="205BB3AB" w14:textId="77777777">
        <w:trPr>
          <w:cantSplit/>
          <w:jc w:val="center"/>
        </w:trPr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確認主題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傾聽接納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適切表達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文件解讀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書面製作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6DE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書面溝通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81D8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7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外語溝通</w:t>
            </w:r>
            <w:proofErr w:type="spellEnd"/>
          </w:p>
        </w:tc>
      </w:tr>
      <w:tr w:rsidR="00BD605F" w14:paraId="52C7963A" w14:textId="77777777">
        <w:trPr>
          <w:cantSplit/>
          <w:jc w:val="center"/>
        </w:trPr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確認溝通主題與目的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專注傾聽並接納不同意見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依對象清楚表達與對話</w:t>
            </w:r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正確解讀文字圖表與文件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依規範製作書面資料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5B0B0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依對象適切陳述書面訊息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運用所需外語傳達資訊</w:t>
            </w:r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「溝通表達＋編號」標示，便於直接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表的7項內涵。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備註：本表為「溝通表達」UCAN共通職能教師填寫版。請依實際授課設計與評量資料填寫；照片或成果佐證為選填項目。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BBEF2" w14:textId="77777777" w:rsidR="009F27F3" w:rsidRDefault="009F27F3">
      <w:pPr>
        <w:spacing w:after="0" w:line="240" w:lineRule="auto"/>
      </w:pPr>
      <w:r>
        <w:separator/>
      </w:r>
    </w:p>
  </w:endnote>
  <w:endnote w:type="continuationSeparator" w:id="0">
    <w:p w14:paraId="6B65FF97" w14:textId="77777777" w:rsidR="009F27F3" w:rsidRDefault="009F2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378E7" w14:textId="77777777" w:rsidR="009F27F3" w:rsidRDefault="009F27F3">
      <w:pPr>
        <w:spacing w:after="0" w:line="240" w:lineRule="auto"/>
      </w:pPr>
      <w:r>
        <w:separator/>
      </w:r>
    </w:p>
  </w:footnote>
  <w:footnote w:type="continuationSeparator" w:id="0">
    <w:p w14:paraId="16F20139" w14:textId="77777777" w:rsidR="009F27F3" w:rsidRDefault="009F2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E29"/>
    <w:rsid w:val="00034616"/>
    <w:rsid w:val="0006063C"/>
    <w:rsid w:val="000614C8"/>
    <w:rsid w:val="0010637F"/>
    <w:rsid w:val="0015074B"/>
    <w:rsid w:val="00194424"/>
    <w:rsid w:val="001F2487"/>
    <w:rsid w:val="0029639D"/>
    <w:rsid w:val="0031300D"/>
    <w:rsid w:val="00326F90"/>
    <w:rsid w:val="00387B7E"/>
    <w:rsid w:val="004364BF"/>
    <w:rsid w:val="00564D6C"/>
    <w:rsid w:val="005915F9"/>
    <w:rsid w:val="005D5F65"/>
    <w:rsid w:val="00615948"/>
    <w:rsid w:val="00632445"/>
    <w:rsid w:val="006402C4"/>
    <w:rsid w:val="007110D0"/>
    <w:rsid w:val="007D7B6B"/>
    <w:rsid w:val="008444E0"/>
    <w:rsid w:val="00862100"/>
    <w:rsid w:val="008C66D1"/>
    <w:rsid w:val="008D5021"/>
    <w:rsid w:val="009F27F3"/>
    <w:rsid w:val="00A079BC"/>
    <w:rsid w:val="00A22728"/>
    <w:rsid w:val="00AA1D8D"/>
    <w:rsid w:val="00B47730"/>
    <w:rsid w:val="00B5662D"/>
    <w:rsid w:val="00B83571"/>
    <w:rsid w:val="00BD605F"/>
    <w:rsid w:val="00C663E6"/>
    <w:rsid w:val="00C96001"/>
    <w:rsid w:val="00CB0664"/>
    <w:rsid w:val="00D71897"/>
    <w:rsid w:val="00D72141"/>
    <w:rsid w:val="00FB20F1"/>
    <w:rsid w:val="00FC693F"/>
    <w:rsid w:val="00FD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8</cp:revision>
  <dcterms:created xsi:type="dcterms:W3CDTF">2026-08-20T06:46:00Z</dcterms:created>
  <dcterms:modified xsi:type="dcterms:W3CDTF">2026-08-20T09:14:00Z</dcterms:modified>
  <cp:category/>
</cp:coreProperties>
</file>