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「持續學習」共通職能之教學方法及評量方式分享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主要UCAN共通職能：持續學習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6B7C67" w14:paraId="6AAF71AA" w14:textId="77777777" w:rsidTr="006B7C67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6B7C67" w:rsidRDefault="006B7C67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9FD8B5" w14:textId="77777777" w:rsidR="006B7C67" w:rsidRPr="00FB20F1" w:rsidRDefault="006B7C67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■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2A4978A3" w:rsidR="006B7C67" w:rsidRPr="00FB20F1" w:rsidRDefault="006B7C67" w:rsidP="0063097E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填寫說明：本版本以「持續學習」為主要UCAN共通職能，以下請依「持續學習」7項內涵，逐項連結您所授課程的能力培養目標、教學方法與評量設計。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貳、「持續學習」共通職能之教學與評量設計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「UCAN內涵」由認領職能之官方定義逐項列出；本表為「持續學習」7項內涵。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UCAN「持續學習」內涵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能夠持續表現出對學習新事物及知識技能的好奇心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能明確掌握個人職</w:t>
            </w:r>
            <w:proofErr w:type="gramStart"/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涯</w:t>
            </w:r>
            <w:proofErr w:type="gramEnd"/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發展所需知識、技能和必要條件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能夠對自己能力的成長訂定具體目標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了解並進行職</w:t>
            </w:r>
            <w:proofErr w:type="gramStart"/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涯</w:t>
            </w:r>
            <w:proofErr w:type="gramEnd"/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發展上所需的持續學習和訓練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能夠持續因應產業趨勢進行專業能力發展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能從與他人的互動中，汲取正面有益的經驗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55B7D0C" w14:textId="77777777">
        <w:trPr>
          <w:cantSplit/>
          <w:trHeight w:val="316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928D791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7. 持續應用各種方法及管道提升自己的能力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E2CD0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E0B9B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42A84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3FA2F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最後一欄建議標示「主要UCAN職能＋內涵編號」，例如「持續學習3、7」，可直接看出該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179"/>
        <w:gridCol w:w="1882"/>
        <w:gridCol w:w="2060"/>
        <w:gridCol w:w="870"/>
        <w:gridCol w:w="1190"/>
        <w:gridCol w:w="2060"/>
        <w:gridCol w:w="2060"/>
        <w:gridCol w:w="3077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溝通表達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■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持續學習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人際互動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問題解決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 創新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 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好奇心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職涯知能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成長目標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持續訓練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因應趨勢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互動學習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D8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7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多元管道</w:t>
            </w:r>
            <w:proofErr w:type="spellEnd"/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探索新知與技能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掌握職涯所需能力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設定具體學習目標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進行職涯所需學習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因應趨勢精進專業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5B0B0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從他人互動汲取經驗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運用多元方法提升能力</w:t>
            </w:r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「持續學習＋編號」標示，便於直接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表的7項內涵。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備註：本表為「持續學習」UCAN共通職能教師填寫版。請依實際授課設計與評量資料填寫；照片或成果佐證為選填項目。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BF30E" w14:textId="77777777" w:rsidR="00956D9E" w:rsidRDefault="00956D9E">
      <w:pPr>
        <w:spacing w:after="0" w:line="240" w:lineRule="auto"/>
      </w:pPr>
      <w:r>
        <w:separator/>
      </w:r>
    </w:p>
  </w:endnote>
  <w:endnote w:type="continuationSeparator" w:id="0">
    <w:p w14:paraId="4936EDE0" w14:textId="77777777" w:rsidR="00956D9E" w:rsidRDefault="00956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766C7" w14:textId="77777777" w:rsidR="00956D9E" w:rsidRDefault="00956D9E">
      <w:pPr>
        <w:spacing w:after="0" w:line="240" w:lineRule="auto"/>
      </w:pPr>
      <w:r>
        <w:separator/>
      </w:r>
    </w:p>
  </w:footnote>
  <w:footnote w:type="continuationSeparator" w:id="0">
    <w:p w14:paraId="4CD021C9" w14:textId="77777777" w:rsidR="00956D9E" w:rsidRDefault="00956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10637F"/>
    <w:rsid w:val="0015074B"/>
    <w:rsid w:val="00194424"/>
    <w:rsid w:val="001F2487"/>
    <w:rsid w:val="0029639D"/>
    <w:rsid w:val="0031300D"/>
    <w:rsid w:val="00326F90"/>
    <w:rsid w:val="00387B7E"/>
    <w:rsid w:val="004364BF"/>
    <w:rsid w:val="00564D6C"/>
    <w:rsid w:val="005915F9"/>
    <w:rsid w:val="00615948"/>
    <w:rsid w:val="00632445"/>
    <w:rsid w:val="006402C4"/>
    <w:rsid w:val="006B7C67"/>
    <w:rsid w:val="007110D0"/>
    <w:rsid w:val="007D7B6B"/>
    <w:rsid w:val="008444E0"/>
    <w:rsid w:val="00862100"/>
    <w:rsid w:val="008C66D1"/>
    <w:rsid w:val="008D5021"/>
    <w:rsid w:val="00956D9E"/>
    <w:rsid w:val="009F2C35"/>
    <w:rsid w:val="00A22728"/>
    <w:rsid w:val="00A719E1"/>
    <w:rsid w:val="00AA1D8D"/>
    <w:rsid w:val="00B47730"/>
    <w:rsid w:val="00B5662D"/>
    <w:rsid w:val="00B83571"/>
    <w:rsid w:val="00BD605F"/>
    <w:rsid w:val="00C96001"/>
    <w:rsid w:val="00CB0664"/>
    <w:rsid w:val="00D71897"/>
    <w:rsid w:val="00D72141"/>
    <w:rsid w:val="00FB20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7</cp:revision>
  <dcterms:created xsi:type="dcterms:W3CDTF">2026-08-20T06:46:00Z</dcterms:created>
  <dcterms:modified xsi:type="dcterms:W3CDTF">2026-08-20T09:16:00Z</dcterms:modified>
  <cp:category/>
</cp:coreProperties>
</file>