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7D353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0"/>
          <w:lang w:eastAsia="zh-TW"/>
        </w:rPr>
        <w:t>國立</w:t>
      </w:r>
      <w:proofErr w:type="gramStart"/>
      <w:r>
        <w:rPr>
          <w:rFonts w:ascii="微軟正黑體" w:eastAsia="微軟正黑體" w:hAnsi="微軟正黑體"/>
          <w:b/>
          <w:sz w:val="30"/>
          <w:lang w:eastAsia="zh-TW"/>
        </w:rPr>
        <w:t>臺</w:t>
      </w:r>
      <w:proofErr w:type="gramEnd"/>
      <w:r>
        <w:rPr>
          <w:rFonts w:ascii="微軟正黑體" w:eastAsia="微軟正黑體" w:hAnsi="微軟正黑體"/>
          <w:b/>
          <w:sz w:val="30"/>
          <w:lang w:eastAsia="zh-TW"/>
        </w:rPr>
        <w:t>中教育大學</w:t>
      </w:r>
    </w:p>
    <w:p w14:paraId="3D32E0CF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115</w:t>
      </w:r>
      <w:proofErr w:type="gramEnd"/>
      <w:r>
        <w:rPr>
          <w:rFonts w:ascii="微軟正黑體" w:eastAsia="微軟正黑體" w:hAnsi="微軟正黑體"/>
          <w:b/>
          <w:sz w:val="32"/>
          <w:lang w:eastAsia="zh-TW"/>
        </w:rPr>
        <w:t>年度 UCAN 共通職能導向之課程</w:t>
      </w: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跨域共備</w:t>
      </w:r>
      <w:proofErr w:type="gramEnd"/>
    </w:p>
    <w:p w14:paraId="63E72DE1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2"/>
          <w:lang w:eastAsia="zh-TW"/>
        </w:rPr>
        <w:t>「問題解決」共通職能之教學方法及評量方式分享</w:t>
      </w:r>
    </w:p>
    <w:p w14:paraId="36D7F1EC" w14:textId="20DDE01D" w:rsidR="00BD605F" w:rsidRDefault="00000000">
      <w:pPr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【</w:t>
      </w:r>
      <w:proofErr w:type="gramEnd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主要UCAN共通職能：問題解決</w:t>
      </w: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】</w:t>
      </w:r>
      <w:proofErr w:type="gram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6CEB885C" w14:textId="77777777">
        <w:trPr>
          <w:cantSplit/>
          <w:jc w:val="center"/>
        </w:trPr>
        <w:tc>
          <w:tcPr>
            <w:tcW w:w="102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1568B4C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本表填寫邏輯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每位社群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教師依「認領的1項UCAN共通職能」進行介紹，並完整對應該職能的各項內涵。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每一項內涵依序思考：「學生要能做到什麼」→「安排什麼教學方法／學習活動」→「用什麼評量工具蒐集證據」→「如何判斷學生能力有所發展」。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實施規劃維持本校教學大綱格式，於相關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次標示所對應的主要UCAN職能內涵編號；無直接對應者不需勉強填列。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教學方法不是只寫「教什麼」；重點是說明「如何讓學生練習該職能」。評量方式則要能看見學生是否真的發展該職能。</w:t>
            </w:r>
          </w:p>
        </w:tc>
      </w:tr>
    </w:tbl>
    <w:p w14:paraId="22DB245D" w14:textId="77777777" w:rsidR="00BD605F" w:rsidRDefault="00BD605F">
      <w:pPr>
        <w:rPr>
          <w:rFonts w:ascii="微軟正黑體" w:eastAsia="微軟正黑體" w:hAnsi="微軟正黑體"/>
          <w:lang w:eastAsia="zh-T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6"/>
        <w:gridCol w:w="2098"/>
        <w:gridCol w:w="2179"/>
        <w:gridCol w:w="1898"/>
        <w:gridCol w:w="2165"/>
      </w:tblGrid>
      <w:tr w:rsidR="00BD605F" w14:paraId="5966F53C" w14:textId="77777777">
        <w:trPr>
          <w:cantSplit/>
          <w:jc w:val="center"/>
        </w:trPr>
        <w:tc>
          <w:tcPr>
            <w:tcW w:w="194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0ECFD6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①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UCAN職能內涵</w:t>
            </w:r>
            <w:proofErr w:type="spellEnd"/>
          </w:p>
        </w:tc>
        <w:tc>
          <w:tcPr>
            <w:tcW w:w="223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482C97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②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課程能力培養目標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E3939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③ 教學方法／學習活動</w:t>
            </w:r>
          </w:p>
        </w:tc>
        <w:tc>
          <w:tcPr>
            <w:tcW w:w="20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A2EA7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④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評量工具／方式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0AB24C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⑤ 評量重點／學習證據</w:t>
            </w:r>
          </w:p>
        </w:tc>
      </w:tr>
      <w:tr w:rsidR="00BD605F" w14:paraId="24FC71CE" w14:textId="77777777">
        <w:trPr>
          <w:cantSplit/>
          <w:jc w:val="center"/>
        </w:trPr>
        <w:tc>
          <w:tcPr>
            <w:tcW w:w="194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AE0BA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認領職能的官方內涵</w:t>
            </w:r>
            <w:proofErr w:type="spellEnd"/>
          </w:p>
        </w:tc>
        <w:tc>
          <w:tcPr>
            <w:tcW w:w="223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EC28EC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學生在本課程要能做到什麼</w:t>
            </w:r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EAA80B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安排學生如何學、如何練習</w:t>
            </w:r>
          </w:p>
        </w:tc>
        <w:tc>
          <w:tcPr>
            <w:tcW w:w="2016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3DA4AF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用什麼方式蒐集證據</w:t>
            </w:r>
            <w:proofErr w:type="spellEnd"/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E39CA0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從什麼表現判斷能力發展</w:t>
            </w:r>
          </w:p>
        </w:tc>
      </w:tr>
    </w:tbl>
    <w:p w14:paraId="03A6B0D9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</w:rPr>
      </w:pPr>
      <w:proofErr w:type="spellStart"/>
      <w:r>
        <w:rPr>
          <w:rFonts w:ascii="微軟正黑體" w:eastAsia="微軟正黑體" w:hAnsi="微軟正黑體"/>
          <w:b/>
          <w:color w:val="2F5597"/>
          <w:sz w:val="28"/>
        </w:rPr>
        <w:t>壹、基本資料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800"/>
        <w:gridCol w:w="1656"/>
        <w:gridCol w:w="1512"/>
        <w:gridCol w:w="2088"/>
        <w:gridCol w:w="2952"/>
      </w:tblGrid>
      <w:tr w:rsidR="00BD605F" w14:paraId="4A9E0EFB" w14:textId="77777777">
        <w:trPr>
          <w:cantSplit/>
          <w:jc w:val="center"/>
        </w:trPr>
        <w:tc>
          <w:tcPr>
            <w:tcW w:w="180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DB337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分享教師姓名</w:t>
            </w:r>
            <w:proofErr w:type="spellEnd"/>
          </w:p>
        </w:tc>
        <w:tc>
          <w:tcPr>
            <w:tcW w:w="165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27D1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單位</w:t>
            </w:r>
            <w:proofErr w:type="spellEnd"/>
          </w:p>
        </w:tc>
        <w:tc>
          <w:tcPr>
            <w:tcW w:w="151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96279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職稱</w:t>
            </w:r>
            <w:proofErr w:type="spellEnd"/>
          </w:p>
        </w:tc>
        <w:tc>
          <w:tcPr>
            <w:tcW w:w="2088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7A6B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聯絡電話／手機</w:t>
            </w:r>
            <w:proofErr w:type="spellEnd"/>
          </w:p>
        </w:tc>
        <w:tc>
          <w:tcPr>
            <w:tcW w:w="295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7B19E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E-Mail</w:t>
            </w:r>
          </w:p>
        </w:tc>
      </w:tr>
      <w:tr w:rsidR="00BD605F" w14:paraId="4B3DF3A3" w14:textId="77777777">
        <w:trPr>
          <w:cantSplit/>
          <w:jc w:val="center"/>
        </w:trPr>
        <w:tc>
          <w:tcPr>
            <w:tcW w:w="18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B19F62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56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3C312B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51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370BCC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CC6E66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5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B3F801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2506FB" w14:paraId="6AAF71AA" w14:textId="77777777" w:rsidTr="002506FB">
        <w:trPr>
          <w:cantSplit/>
          <w:trHeight w:val="1199"/>
          <w:jc w:val="center"/>
        </w:trPr>
        <w:tc>
          <w:tcPr>
            <w:tcW w:w="1800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B893AD" w14:textId="77777777" w:rsidR="002506FB" w:rsidRDefault="002506FB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本次分享的UCAN</w:t>
            </w:r>
            <w:proofErr w:type="spellEnd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共通職能</w:t>
            </w:r>
            <w:proofErr w:type="spellEnd"/>
          </w:p>
        </w:tc>
        <w:tc>
          <w:tcPr>
            <w:tcW w:w="8208" w:type="dxa"/>
            <w:gridSpan w:val="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D81DF87" w14:textId="77777777" w:rsidR="002506FB" w:rsidRPr="00FB20F1" w:rsidRDefault="002506FB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2506FB">
              <w:rPr>
                <w:rFonts w:ascii="微軟正黑體" w:eastAsia="微軟正黑體" w:hAnsi="微軟正黑體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2506FB">
              <w:rPr>
                <w:rFonts w:ascii="微軟正黑體" w:eastAsia="微軟正黑體" w:hAnsi="微軟正黑體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2506FB">
              <w:rPr>
                <w:rFonts w:ascii="微軟正黑體" w:eastAsia="微軟正黑體" w:hAnsi="微軟正黑體"/>
                <w:sz w:val="22"/>
                <w:lang w:eastAsia="zh-TW"/>
              </w:rPr>
              <w:t xml:space="preserve">人際互動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2506FB">
              <w:rPr>
                <w:rFonts w:ascii="微軟正黑體" w:eastAsia="微軟正黑體" w:hAnsi="微軟正黑體"/>
                <w:sz w:val="22"/>
                <w:lang w:eastAsia="zh-TW"/>
              </w:rPr>
              <w:t>團隊合作</w:t>
            </w:r>
          </w:p>
          <w:p w14:paraId="1E061710" w14:textId="4A68EEAC" w:rsidR="002506FB" w:rsidRPr="00FB20F1" w:rsidRDefault="002506FB" w:rsidP="005D2CD5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■ </w:t>
            </w:r>
            <w:r w:rsidRPr="002506FB">
              <w:rPr>
                <w:rFonts w:ascii="微軟正黑體" w:eastAsia="微軟正黑體" w:hAnsi="微軟正黑體"/>
                <w:sz w:val="22"/>
                <w:lang w:eastAsia="zh-TW"/>
              </w:rPr>
              <w:t>問題解決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2506FB">
              <w:rPr>
                <w:rFonts w:ascii="微軟正黑體" w:eastAsia="微軟正黑體" w:hAnsi="微軟正黑體"/>
                <w:sz w:val="22"/>
                <w:lang w:eastAsia="zh-TW"/>
              </w:rPr>
              <w:t>創新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2506FB">
              <w:rPr>
                <w:rFonts w:ascii="微軟正黑體" w:eastAsia="微軟正黑體" w:hAnsi="微軟正黑體"/>
                <w:sz w:val="22"/>
                <w:lang w:eastAsia="zh-TW"/>
              </w:rPr>
              <w:t>工作責任及紀律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2506FB">
              <w:rPr>
                <w:rFonts w:ascii="微軟正黑體" w:eastAsia="微軟正黑體" w:hAnsi="微軟正黑體"/>
                <w:sz w:val="22"/>
                <w:lang w:eastAsia="zh-TW"/>
              </w:rPr>
              <w:t>資訊科技應用</w:t>
            </w:r>
          </w:p>
        </w:tc>
      </w:tr>
    </w:tbl>
    <w:p w14:paraId="079E9333" w14:textId="77777777" w:rsidR="00BD605F" w:rsidRDefault="00000000">
      <w:pPr>
        <w:spacing w:before="12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填寫說明：本版本以「問題解決」為主要UCAN共通職能，以下請依「問題解決」6 項內涵，逐項連結您所授課程的能力培養目標、教學方法與評量設計。</w:t>
      </w:r>
    </w:p>
    <w:p w14:paraId="6981CFC9" w14:textId="77777777" w:rsidR="00BD605F" w:rsidRDefault="00BD605F">
      <w:pPr>
        <w:rPr>
          <w:rFonts w:ascii="微軟正黑體" w:eastAsia="微軟正黑體" w:hAnsi="微軟正黑體"/>
          <w:lang w:eastAsia="zh-TW"/>
        </w:rPr>
        <w:sectPr w:rsidR="00BD605F">
          <w:headerReference w:type="default" r:id="rId8"/>
          <w:footerReference w:type="default" r:id="rId9"/>
          <w:pgSz w:w="11906" w:h="16838"/>
          <w:pgMar w:top="850" w:right="850" w:bottom="850" w:left="850" w:header="720" w:footer="720" w:gutter="0"/>
          <w:cols w:space="720"/>
          <w:docGrid w:linePitch="360"/>
        </w:sectPr>
      </w:pPr>
    </w:p>
    <w:p w14:paraId="340D3E11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貳、「問題解決」共通職能之教學與評量設計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1F87EC0B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B12E92A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「UCAN內涵」由認領職能之官方定義逐項列出；本表為「問題解決」6 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「本課程能力培養目標」請盡量以「學生能…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」描述，可觀察、可檢核，避免只寫課程內容。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「教學方法／學習活動」請以「教學策略／方法＋具體作法」描述，說明如何安排學生參與、練習或應用該項職能，避免只列課程內容。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「評量工具／方式」可參照「教學方法／學習活動」的呈現方式，以「評量策略／工具＋具體作法」描述，說明如何蒐集學生能力發展的學習證據。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92"/>
        <w:gridCol w:w="3096"/>
        <w:gridCol w:w="3816"/>
        <w:gridCol w:w="2880"/>
        <w:gridCol w:w="3024"/>
      </w:tblGrid>
      <w:tr w:rsidR="00BD605F" w14:paraId="4AFF1AA8" w14:textId="77777777">
        <w:trPr>
          <w:cantSplit/>
          <w:tblHeader/>
          <w:jc w:val="center"/>
        </w:trPr>
        <w:tc>
          <w:tcPr>
            <w:tcW w:w="259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77182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UCAN「問題解決」內涵</w:t>
            </w:r>
          </w:p>
        </w:tc>
        <w:tc>
          <w:tcPr>
            <w:tcW w:w="30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E70FF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本課程能力培養目標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（學生能…</w:t>
            </w:r>
            <w:proofErr w:type="gramStart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）</w:t>
            </w:r>
          </w:p>
        </w:tc>
        <w:tc>
          <w:tcPr>
            <w:tcW w:w="38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5CA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教學方法／學習活動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（如何讓學生練習職能）</w:t>
            </w:r>
          </w:p>
        </w:tc>
        <w:tc>
          <w:tcPr>
            <w:tcW w:w="288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BD764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評量工具／方式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（如何蒐集學習證據）</w:t>
            </w:r>
          </w:p>
        </w:tc>
        <w:tc>
          <w:tcPr>
            <w:tcW w:w="302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6ECEC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評量重點／可觀察證據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（如何看出能力發展）</w:t>
            </w:r>
          </w:p>
        </w:tc>
      </w:tr>
      <w:tr w:rsidR="00BD605F" w14:paraId="55418813" w14:textId="77777777" w:rsidTr="008D5021">
        <w:trPr>
          <w:cantSplit/>
          <w:trHeight w:val="21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AE76A0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1. 系統化的收集與所發生狀況相關的資訊。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B09989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2EAE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BDF69D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ED78D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3CE3DF8" w14:textId="77777777" w:rsidTr="008D5021">
        <w:trPr>
          <w:cantSplit/>
          <w:trHeight w:val="2221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0E351E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2. 能夠根據事實證據、謹慎評估並合理判斷可能的問題所在。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188F2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3396B9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CE078A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82B7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56DDC89" w14:textId="77777777" w:rsidTr="008D5021">
        <w:trPr>
          <w:cantSplit/>
          <w:trHeight w:val="2259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A4B58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3. 能夠以系統化的方式釐清問題。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D5E9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61D5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487CF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EF1E6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30A49E9" w14:textId="77777777">
        <w:trPr>
          <w:cantSplit/>
          <w:trHeight w:val="28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B257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4. 透過各種管道蒐集相關資料及意見，提供解決問題的各種可能方案。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ED0BA8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89197C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4787DF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D8644C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C68ED9F" w14:textId="77777777" w:rsidTr="008D5021">
        <w:trPr>
          <w:cantSplit/>
          <w:trHeight w:val="2562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CC23688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5. 能夠評估各種解決方案的利弊，找出最佳問題解決方案。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B2AC7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E8E24E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2A47B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0E589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0B5CA91" w14:textId="77777777" w:rsidTr="008D5021">
        <w:trPr>
          <w:cantSplit/>
          <w:trHeight w:val="2684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89DD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6. 為可能發生的問題預作準備，找出解決問題可能需要的資訊。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00795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F3BB0C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FAC38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22AD83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47B6BE7" w14:textId="77777777">
        <w:trPr>
          <w:cantSplit/>
          <w:jc w:val="center"/>
        </w:trPr>
        <w:tc>
          <w:tcPr>
            <w:tcW w:w="15478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01D932B8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快速檢核：這一列是否有「對應成功」？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先看「能力培養目標」是否真正在描述學生的能力，而不是只描述授課內容。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再看「教學方法」是否真的提供學生練習該能力的機會。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最後確認「評量工具／證據」是否能觀察到該項能力，而不只是評量學科知識。</w:t>
            </w:r>
          </w:p>
        </w:tc>
      </w:tr>
    </w:tbl>
    <w:p w14:paraId="0DE73319" w14:textId="77777777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8C81D91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99FF6B3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維持本校16+2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教學大綱格式。請讓本區的教學與評量方式，與「貳、教學與評量設計」相互呼應。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最後一欄建議標示「主要UCAN職能＋內涵編號」，例如「問題解決3、5」，可直接看出該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培養的是哪一項具體能力。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無直接對應主要職能的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次可留白；如同時涉及其他UCAN職能，可依實際需要另行註記。</w:t>
            </w:r>
          </w:p>
        </w:tc>
      </w:tr>
    </w:tbl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092"/>
        <w:gridCol w:w="179"/>
        <w:gridCol w:w="1885"/>
        <w:gridCol w:w="2064"/>
        <w:gridCol w:w="872"/>
        <w:gridCol w:w="1192"/>
        <w:gridCol w:w="2064"/>
        <w:gridCol w:w="5120"/>
      </w:tblGrid>
      <w:tr w:rsidR="00BD605F" w14:paraId="43306BE8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22E82C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授課教師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317E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D6AB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課程名稱</w:t>
            </w:r>
            <w:proofErr w:type="spellEnd"/>
          </w:p>
        </w:tc>
        <w:tc>
          <w:tcPr>
            <w:tcW w:w="547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78ED3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8B5894A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A88D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開課班級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55E31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F5EA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科目代碼</w:t>
            </w:r>
            <w:proofErr w:type="spellEnd"/>
          </w:p>
        </w:tc>
        <w:tc>
          <w:tcPr>
            <w:tcW w:w="547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3EC26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D47F1C5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60D6F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課程屬性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249289" w14:textId="77777777" w:rsidR="00BD605F" w:rsidRPr="00615948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r w:rsidRPr="00615948">
              <w:rPr>
                <w:rFonts w:ascii="標楷體" w:eastAsia="標楷體" w:hAnsi="標楷體"/>
              </w:rPr>
              <w:t xml:space="preserve">□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必修</w:t>
            </w:r>
            <w:proofErr w:type="spellEnd"/>
            <w:r w:rsidRPr="00615948">
              <w:rPr>
                <w:rFonts w:ascii="微軟正黑體" w:eastAsia="微軟正黑體" w:hAnsi="微軟正黑體"/>
              </w:rPr>
              <w:t xml:space="preserve">　</w:t>
            </w:r>
            <w:r w:rsidRPr="00615948">
              <w:rPr>
                <w:rFonts w:ascii="標楷體" w:eastAsia="標楷體" w:hAnsi="標楷體"/>
              </w:rPr>
              <w:t>□</w:t>
            </w:r>
            <w:r w:rsidRPr="00615948">
              <w:rPr>
                <w:rFonts w:ascii="微軟正黑體" w:eastAsia="微軟正黑體" w:hAnsi="微軟正黑體"/>
              </w:rPr>
              <w:t xml:space="preserve">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選修</w:t>
            </w:r>
            <w:proofErr w:type="spellEnd"/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16577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學分數／時數</w:t>
            </w:r>
            <w:proofErr w:type="spellEnd"/>
          </w:p>
        </w:tc>
        <w:tc>
          <w:tcPr>
            <w:tcW w:w="547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25D42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82A4EE4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12EF1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本科目對應的所有UCAN共通職能</w:t>
            </w:r>
          </w:p>
        </w:tc>
        <w:tc>
          <w:tcPr>
            <w:tcW w:w="5472" w:type="dxa"/>
            <w:gridSpan w:val="6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6BB5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597CC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597CC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597CC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人際互動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597CC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團隊合作</w:t>
            </w:r>
            <w:r w:rsidRPr="00597CC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■ </w:t>
            </w:r>
            <w:r w:rsidRPr="00597CC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問題解決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597CC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創新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597CC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工作責任及紀律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597CC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資訊科技應用</w:t>
            </w:r>
          </w:p>
        </w:tc>
      </w:tr>
      <w:tr w:rsidR="00BD605F" w14:paraId="205BB3AB" w14:textId="77777777">
        <w:trPr>
          <w:cantSplit/>
          <w:jc w:val="center"/>
        </w:trPr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215D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1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資訊蒐集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079F2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2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證據判斷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70E03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3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問題釐清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55E03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4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方案發展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886A9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5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方案評估</w:t>
            </w:r>
            <w:proofErr w:type="spellEnd"/>
          </w:p>
        </w:tc>
        <w:tc>
          <w:tcPr>
            <w:tcW w:w="4378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6DE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6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預作準備</w:t>
            </w:r>
            <w:proofErr w:type="spellEnd"/>
          </w:p>
          <w:p w14:paraId="5081D881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2C7963A" w14:textId="77777777">
        <w:trPr>
          <w:cantSplit/>
          <w:jc w:val="center"/>
        </w:trPr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0862B0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系統蒐集情境資訊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BEE34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依事實評估問題所在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22505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系統化釐清問題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711E3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蒐集資料提出多元方案</w:t>
            </w:r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A1843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評估利弊選最佳方案</w:t>
            </w:r>
            <w:proofErr w:type="spellEnd"/>
          </w:p>
        </w:tc>
        <w:tc>
          <w:tcPr>
            <w:tcW w:w="4378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C2D08D" w14:textId="409D2A6F" w:rsidR="00BD605F" w:rsidRDefault="00000000" w:rsidP="00597CCB">
            <w:pPr>
              <w:spacing w:line="252" w:lineRule="auto"/>
              <w:jc w:val="center"/>
              <w:rPr>
                <w:rFonts w:ascii="微軟正黑體" w:eastAsia="微軟正黑體" w:hAnsi="微軟正黑體" w:hint="eastAsia"/>
                <w:sz w:val="22"/>
                <w:lang w:eastAsia="zh-TW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預判問題與所需資訊</w:t>
            </w:r>
            <w:proofErr w:type="spellEnd"/>
          </w:p>
        </w:tc>
      </w:tr>
    </w:tbl>
    <w:p w14:paraId="4DDB0337" w14:textId="77777777" w:rsidR="00BD605F" w:rsidRDefault="00000000">
      <w:pPr>
        <w:spacing w:before="8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內涵編號快速對照：</w:t>
      </w:r>
      <w:r>
        <w:rPr>
          <w:rFonts w:ascii="微軟正黑體" w:eastAsia="微軟正黑體" w:hAnsi="微軟正黑體"/>
          <w:sz w:val="22"/>
          <w:lang w:eastAsia="zh-TW"/>
        </w:rPr>
        <w:t>16+2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週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最後一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欄以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「</w:t>
      </w:r>
      <w:r w:rsidRPr="00597CCB">
        <w:rPr>
          <w:rFonts w:ascii="微軟正黑體" w:eastAsia="微軟正黑體" w:hAnsi="微軟正黑體"/>
          <w:b/>
          <w:color w:val="2F5597"/>
          <w:sz w:val="22"/>
          <w:lang w:eastAsia="zh-TW"/>
        </w:rPr>
        <w:t>問題</w:t>
      </w:r>
      <w:r>
        <w:rPr>
          <w:rFonts w:ascii="微軟正黑體" w:eastAsia="微軟正黑體" w:hAnsi="微軟正黑體"/>
          <w:sz w:val="22"/>
          <w:lang w:eastAsia="zh-TW"/>
        </w:rPr>
        <w:t>解決＋編號」標示，便於直接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回查上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表的6 項內涵。</w:t>
      </w:r>
    </w:p>
    <w:p w14:paraId="66172E25" w14:textId="0C0C1F85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191"/>
        <w:gridCol w:w="8496"/>
        <w:gridCol w:w="2520"/>
      </w:tblGrid>
      <w:tr w:rsidR="00BD605F" w14:paraId="00582B44" w14:textId="77777777" w:rsidTr="008D5021">
        <w:trPr>
          <w:cantSplit/>
          <w:tblHeader/>
          <w:jc w:val="center"/>
        </w:trPr>
        <w:tc>
          <w:tcPr>
            <w:tcW w:w="112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52212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週次</w:t>
            </w:r>
            <w:proofErr w:type="spellEnd"/>
          </w:p>
        </w:tc>
        <w:tc>
          <w:tcPr>
            <w:tcW w:w="3191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CDA0B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授課內容</w:t>
            </w:r>
            <w:proofErr w:type="spellEnd"/>
          </w:p>
        </w:tc>
        <w:tc>
          <w:tcPr>
            <w:tcW w:w="84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9C63E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教學與評量方式</w:t>
            </w:r>
            <w:proofErr w:type="spellEnd"/>
          </w:p>
        </w:tc>
        <w:tc>
          <w:tcPr>
            <w:tcW w:w="252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B073D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對應主要UCAN職能及內涵</w:t>
            </w:r>
          </w:p>
        </w:tc>
      </w:tr>
      <w:tr w:rsidR="00BD605F" w14:paraId="7C481EEB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8079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BCBE5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BDE60B4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30981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F167B2F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D718C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DE6A6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AA5B33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D9E44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CC18D37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80B7A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126B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AC5BF7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5FE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937E348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533338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4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E0ED0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F2A90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4AFF7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384688EA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17139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56E71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0ED0EE9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620429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20DB995C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FF41B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87DE1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61154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7AA36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277297A3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972A5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7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3F8C1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5ED40D2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DC674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DDFC51E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300C5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8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55AA4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71AB9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CFFB1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3F3A3A6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99F91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9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F60ED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A366D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ADADD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30EC0B5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51109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10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F5D44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1DEACA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9311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07DA5CC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03AD0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10E39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2F8FF9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71F9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96C0406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7E7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558E2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3AD3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BEEF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</w:pPr>
          </w:p>
        </w:tc>
      </w:tr>
      <w:tr w:rsidR="00BD605F" w14:paraId="5B0FE7C8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E3492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7A110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EBBAF7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7080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4782F43E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3BC70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14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4E92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52A0B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BF0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48CB410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0D8B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E60D4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97B30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BD199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3C281BA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E4B8B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8ECA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20E914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E7EE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02D8A77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EEE4E7" w14:textId="77777777" w:rsid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color w:val="1F1F1F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17</w:t>
            </w:r>
          </w:p>
          <w:p w14:paraId="77F78B51" w14:textId="401AEC7A" w:rsidR="00BD605F" w:rsidRP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pacing w:val="-34"/>
                <w:sz w:val="22"/>
              </w:rPr>
            </w:pPr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A89E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5E6F2A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F7957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3FB60196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25AC5B" w14:textId="453E8F4C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18</w:t>
            </w:r>
            <w:r>
              <w:rPr>
                <w:rFonts w:ascii="微軟正黑體" w:eastAsia="微軟正黑體" w:hAnsi="微軟正黑體"/>
                <w:color w:val="1F1F1F"/>
                <w:sz w:val="22"/>
              </w:rPr>
              <w:br/>
            </w:r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51F09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0874F9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04DD9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</w:tbl>
    <w:p w14:paraId="4467AA96" w14:textId="77777777" w:rsidR="00BD605F" w:rsidRDefault="00BD605F">
      <w:pPr>
        <w:rPr>
          <w:rFonts w:ascii="微軟正黑體" w:eastAsia="微軟正黑體" w:hAnsi="微軟正黑體"/>
        </w:rPr>
        <w:sectPr w:rsidR="00BD605F">
          <w:pgSz w:w="16838" w:h="11906" w:orient="landscape"/>
          <w:pgMar w:top="680" w:right="680" w:bottom="680" w:left="680" w:header="720" w:footer="720" w:gutter="0"/>
          <w:cols w:space="720"/>
          <w:docGrid w:linePitch="360"/>
        </w:sectPr>
      </w:pPr>
    </w:p>
    <w:p w14:paraId="58082730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肆、教學實施與學習成果佐證（選填）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2AF8E803" w14:textId="77777777">
        <w:trPr>
          <w:cantSplit/>
          <w:jc w:val="center"/>
        </w:trPr>
        <w:tc>
          <w:tcPr>
            <w:tcW w:w="10206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4BD44F7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照片／成果佐證填寫建議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照片不只作為活動紀錄，建議同時標示「活動名稱、對應UCAN內涵、教學方法、評量方式／學習證據」，讓照片與職能培養形成連結。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可依實際需要增刪照片或成果佐證欄位；未使用之欄位可刪除。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BD605F" w14:paraId="31E5DBA5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29E990E2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0068071F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  <w:tr w:rsidR="00BD605F" w14:paraId="18536791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A28294D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1C54776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</w:tbl>
    <w:p w14:paraId="462A01AE" w14:textId="77777777" w:rsidR="00BD605F" w:rsidRDefault="00000000">
      <w:pPr>
        <w:spacing w:before="16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備註：本表為「問題解決」UCAN共通職能教師填寫版。請依實際授課設計與評量資料填寫；照片或成果佐證為選填項目。</w:t>
      </w:r>
    </w:p>
    <w:sectPr w:rsidR="00BD605F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F3EBF" w14:textId="77777777" w:rsidR="00FE62C6" w:rsidRDefault="00FE62C6">
      <w:pPr>
        <w:spacing w:after="0" w:line="240" w:lineRule="auto"/>
      </w:pPr>
      <w:r>
        <w:separator/>
      </w:r>
    </w:p>
  </w:endnote>
  <w:endnote w:type="continuationSeparator" w:id="0">
    <w:p w14:paraId="31D4363E" w14:textId="77777777" w:rsidR="00FE62C6" w:rsidRDefault="00FE6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277363"/>
      <w:docPartObj>
        <w:docPartGallery w:val="Page Numbers (Bottom of Page)"/>
        <w:docPartUnique/>
      </w:docPartObj>
    </w:sdtPr>
    <w:sdtContent>
      <w:p w14:paraId="17E4B85B" w14:textId="37F59B56" w:rsidR="0010637F" w:rsidRDefault="001063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954A17F" w14:textId="6840C268" w:rsidR="00BD605F" w:rsidRPr="0010637F" w:rsidRDefault="00BD605F" w:rsidP="001063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F832C" w14:textId="77777777" w:rsidR="00FE62C6" w:rsidRDefault="00FE62C6">
      <w:pPr>
        <w:spacing w:after="0" w:line="240" w:lineRule="auto"/>
      </w:pPr>
      <w:r>
        <w:separator/>
      </w:r>
    </w:p>
  </w:footnote>
  <w:footnote w:type="continuationSeparator" w:id="0">
    <w:p w14:paraId="650014CA" w14:textId="77777777" w:rsidR="00FE62C6" w:rsidRDefault="00FE6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D7A0" w14:textId="74510717" w:rsidR="00564D6C" w:rsidRPr="00564D6C" w:rsidRDefault="00564D6C" w:rsidP="00564D6C">
    <w:pPr>
      <w:pStyle w:val="a5"/>
      <w:jc w:val="right"/>
      <w:rPr>
        <w:rFonts w:ascii="Times New Roman" w:eastAsia="新細明體" w:hAnsi="Times New Roman" w:cs="Times New Roman"/>
        <w:lang w:eastAsia="zh-TW"/>
      </w:rPr>
    </w:pPr>
    <w:r w:rsidRPr="00564D6C">
      <w:rPr>
        <w:rFonts w:ascii="Times New Roman" w:eastAsia="新細明體" w:hAnsi="Times New Roman" w:cs="Times New Roman"/>
        <w:lang w:eastAsia="zh-TW"/>
      </w:rPr>
      <w:t>NTCU_CTD 1180820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7773455">
    <w:abstractNumId w:val="8"/>
  </w:num>
  <w:num w:numId="2" w16cid:durableId="1418597094">
    <w:abstractNumId w:val="6"/>
  </w:num>
  <w:num w:numId="3" w16cid:durableId="1042905839">
    <w:abstractNumId w:val="5"/>
  </w:num>
  <w:num w:numId="4" w16cid:durableId="177280254">
    <w:abstractNumId w:val="4"/>
  </w:num>
  <w:num w:numId="5" w16cid:durableId="380717483">
    <w:abstractNumId w:val="7"/>
  </w:num>
  <w:num w:numId="6" w16cid:durableId="1672484829">
    <w:abstractNumId w:val="3"/>
  </w:num>
  <w:num w:numId="7" w16cid:durableId="2147312371">
    <w:abstractNumId w:val="2"/>
  </w:num>
  <w:num w:numId="8" w16cid:durableId="384453142">
    <w:abstractNumId w:val="1"/>
  </w:num>
  <w:num w:numId="9" w16cid:durableId="1931815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E29"/>
    <w:rsid w:val="00034616"/>
    <w:rsid w:val="0006063C"/>
    <w:rsid w:val="000614C8"/>
    <w:rsid w:val="0010637F"/>
    <w:rsid w:val="0015074B"/>
    <w:rsid w:val="00194424"/>
    <w:rsid w:val="001F2487"/>
    <w:rsid w:val="002506FB"/>
    <w:rsid w:val="0029639D"/>
    <w:rsid w:val="0031300D"/>
    <w:rsid w:val="00326F90"/>
    <w:rsid w:val="00387B7E"/>
    <w:rsid w:val="004364BF"/>
    <w:rsid w:val="00564D6C"/>
    <w:rsid w:val="005915F9"/>
    <w:rsid w:val="00597CCB"/>
    <w:rsid w:val="00615948"/>
    <w:rsid w:val="00632445"/>
    <w:rsid w:val="006402C4"/>
    <w:rsid w:val="007110D0"/>
    <w:rsid w:val="007D7B6B"/>
    <w:rsid w:val="008444E0"/>
    <w:rsid w:val="00862100"/>
    <w:rsid w:val="008C66D1"/>
    <w:rsid w:val="008D5021"/>
    <w:rsid w:val="00A22728"/>
    <w:rsid w:val="00AA1D8D"/>
    <w:rsid w:val="00B47730"/>
    <w:rsid w:val="00B5662D"/>
    <w:rsid w:val="00B83571"/>
    <w:rsid w:val="00BD605F"/>
    <w:rsid w:val="00C96001"/>
    <w:rsid w:val="00CB0664"/>
    <w:rsid w:val="00D71897"/>
    <w:rsid w:val="00D72141"/>
    <w:rsid w:val="00DC1C5E"/>
    <w:rsid w:val="00F140FC"/>
    <w:rsid w:val="00FB20F1"/>
    <w:rsid w:val="00FC693F"/>
    <w:rsid w:val="00FE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39805D"/>
  <w14:defaultImageDpi w14:val="300"/>
  <w15:docId w15:val="{A95EC70B-F79F-4EB2-98F3-E9F84FE6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sysop</dc:creator>
  <cp:keywords/>
  <dc:description>generated by python-docx</dc:description>
  <cp:lastModifiedBy>sysop</cp:lastModifiedBy>
  <cp:revision>8</cp:revision>
  <dcterms:created xsi:type="dcterms:W3CDTF">2026-08-20T06:46:00Z</dcterms:created>
  <dcterms:modified xsi:type="dcterms:W3CDTF">2026-08-20T10:07:00Z</dcterms:modified>
  <cp:category/>
</cp:coreProperties>
</file>