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3C795" w14:textId="77777777" w:rsidR="00BD605F" w:rsidRDefault="00000000">
      <w:pPr>
        <w:spacing w:after="0" w:line="240" w:lineRule="auto"/>
        <w:jc w:val="center"/>
        <w:rPr>
          <w:rFonts w:ascii="微軟正黑體" w:eastAsia="微軟正黑體" w:hAnsi="微軟正黑體"/>
          <w:lang w:eastAsia="zh-TW"/>
        </w:rPr>
      </w:pPr>
      <w:r>
        <w:rPr>
          <w:rFonts w:ascii="微軟正黑體" w:eastAsia="微軟正黑體" w:hAnsi="微軟正黑體"/>
          <w:b/>
          <w:sz w:val="30"/>
          <w:lang w:eastAsia="zh-TW"/>
        </w:rPr>
        <w:t>國立</w:t>
      </w:r>
      <w:proofErr w:type="gramStart"/>
      <w:r>
        <w:rPr>
          <w:rFonts w:ascii="微軟正黑體" w:eastAsia="微軟正黑體" w:hAnsi="微軟正黑體"/>
          <w:b/>
          <w:sz w:val="30"/>
          <w:lang w:eastAsia="zh-TW"/>
        </w:rPr>
        <w:t>臺</w:t>
      </w:r>
      <w:proofErr w:type="gramEnd"/>
      <w:r>
        <w:rPr>
          <w:rFonts w:ascii="微軟正黑體" w:eastAsia="微軟正黑體" w:hAnsi="微軟正黑體"/>
          <w:b/>
          <w:sz w:val="30"/>
          <w:lang w:eastAsia="zh-TW"/>
        </w:rPr>
        <w:t>中教育大學</w:t>
      </w:r>
    </w:p>
    <w:p w14:paraId="671C7718" w14:textId="77777777" w:rsidR="00BD605F" w:rsidRDefault="00000000">
      <w:pPr>
        <w:spacing w:after="0" w:line="240" w:lineRule="auto"/>
        <w:jc w:val="center"/>
        <w:rPr>
          <w:rFonts w:ascii="微軟正黑體" w:eastAsia="微軟正黑體" w:hAnsi="微軟正黑體"/>
          <w:lang w:eastAsia="zh-TW"/>
        </w:rPr>
      </w:pPr>
      <w:proofErr w:type="gramStart"/>
      <w:r>
        <w:rPr>
          <w:rFonts w:ascii="微軟正黑體" w:eastAsia="微軟正黑體" w:hAnsi="微軟正黑體"/>
          <w:b/>
          <w:sz w:val="32"/>
          <w:lang w:eastAsia="zh-TW"/>
        </w:rPr>
        <w:t>115</w:t>
      </w:r>
      <w:proofErr w:type="gramEnd"/>
      <w:r>
        <w:rPr>
          <w:rFonts w:ascii="微軟正黑體" w:eastAsia="微軟正黑體" w:hAnsi="微軟正黑體"/>
          <w:b/>
          <w:sz w:val="32"/>
          <w:lang w:eastAsia="zh-TW"/>
        </w:rPr>
        <w:t>年度 UCAN 共通職能導向之課程</w:t>
      </w:r>
      <w:proofErr w:type="gramStart"/>
      <w:r>
        <w:rPr>
          <w:rFonts w:ascii="微軟正黑體" w:eastAsia="微軟正黑體" w:hAnsi="微軟正黑體"/>
          <w:b/>
          <w:sz w:val="32"/>
          <w:lang w:eastAsia="zh-TW"/>
        </w:rPr>
        <w:t>跨域共備</w:t>
      </w:r>
      <w:proofErr w:type="gramEnd"/>
    </w:p>
    <w:p w14:paraId="4A11B700" w14:textId="77777777" w:rsidR="00BD605F" w:rsidRDefault="00000000">
      <w:pPr>
        <w:spacing w:after="0" w:line="240" w:lineRule="auto"/>
        <w:jc w:val="center"/>
        <w:rPr>
          <w:rFonts w:ascii="微軟正黑體" w:eastAsia="微軟正黑體" w:hAnsi="微軟正黑體"/>
          <w:lang w:eastAsia="zh-TW"/>
        </w:rPr>
      </w:pPr>
      <w:r>
        <w:rPr>
          <w:rFonts w:ascii="微軟正黑體" w:eastAsia="微軟正黑體" w:hAnsi="微軟正黑體"/>
          <w:b/>
          <w:sz w:val="32"/>
          <w:lang w:eastAsia="zh-TW"/>
        </w:rPr>
        <w:t>「資訊科技應用」共通職能之教學方法及評量方式分享</w:t>
      </w:r>
    </w:p>
    <w:p w14:paraId="24A64854" w14:textId="77777777" w:rsidR="00BD605F" w:rsidRDefault="00000000">
      <w:pPr>
        <w:jc w:val="center"/>
        <w:rPr>
          <w:rFonts w:ascii="微軟正黑體" w:eastAsia="微軟正黑體" w:hAnsi="微軟正黑體"/>
          <w:lang w:eastAsia="zh-TW"/>
        </w:rPr>
      </w:pPr>
      <w:proofErr w:type="gramStart"/>
      <w:r>
        <w:rPr>
          <w:rFonts w:ascii="微軟正黑體" w:eastAsia="微軟正黑體" w:hAnsi="微軟正黑體"/>
          <w:b/>
          <w:color w:val="2F5597"/>
          <w:sz w:val="24"/>
          <w:szCs w:val="24"/>
          <w:lang w:eastAsia="zh-TW"/>
        </w:rPr>
        <w:t>【</w:t>
      </w:r>
      <w:proofErr w:type="gramEnd"/>
      <w:r>
        <w:rPr>
          <w:rFonts w:ascii="微軟正黑體" w:eastAsia="微軟正黑體" w:hAnsi="微軟正黑體"/>
          <w:b/>
          <w:color w:val="2F5597"/>
          <w:sz w:val="24"/>
          <w:szCs w:val="24"/>
          <w:lang w:eastAsia="zh-TW"/>
        </w:rPr>
        <w:t>主要UCAN共通職能：資訊科技應用</w:t>
      </w:r>
      <w:proofErr w:type="gramStart"/>
      <w:r>
        <w:rPr>
          <w:rFonts w:ascii="微軟正黑體" w:eastAsia="微軟正黑體" w:hAnsi="微軟正黑體"/>
          <w:b/>
          <w:color w:val="2F5597"/>
          <w:sz w:val="24"/>
          <w:szCs w:val="24"/>
          <w:lang w:eastAsia="zh-TW"/>
        </w:rPr>
        <w:t>】</w:t>
      </w:r>
      <w:proofErr w:type="gramEnd"/>
    </w:p>
    <w:tbl>
      <w:tblPr>
        <w:tblW w:w="0" w:type="auto"/>
        <w:jc w:val="center"/>
        <w:tblLook w:val="04A0" w:firstRow="1" w:lastRow="0" w:firstColumn="1" w:lastColumn="0" w:noHBand="0" w:noVBand="1"/>
      </w:tblPr>
      <w:tblGrid>
        <w:gridCol w:w="10206"/>
      </w:tblGrid>
      <w:tr w:rsidR="00BD605F" w14:paraId="7889D0F0" w14:textId="77777777">
        <w:trPr>
          <w:cantSplit/>
          <w:jc w:val="center"/>
        </w:trPr>
        <w:tc>
          <w:tcPr>
            <w:tcW w:w="10206" w:type="dxa"/>
            <w:shd w:val="clear" w:color="auto" w:fill="FFF2CC"/>
            <w:tcMar>
              <w:top w:w="120" w:type="dxa"/>
              <w:left w:w="140" w:type="dxa"/>
              <w:bottom w:w="120" w:type="dxa"/>
              <w:right w:w="140" w:type="dxa"/>
            </w:tcMar>
          </w:tcPr>
          <w:p w14:paraId="1A318361" w14:textId="77777777" w:rsidR="00BD605F" w:rsidRDefault="00000000">
            <w:pPr>
              <w:spacing w:after="0"/>
              <w:rPr>
                <w:rFonts w:ascii="微軟正黑體" w:eastAsia="微軟正黑體" w:hAnsi="微軟正黑體"/>
                <w:sz w:val="22"/>
                <w:lang w:eastAsia="zh-TW"/>
              </w:rPr>
            </w:pPr>
            <w:r>
              <w:rPr>
                <w:rFonts w:ascii="微軟正黑體" w:eastAsia="微軟正黑體" w:hAnsi="微軟正黑體"/>
                <w:b/>
                <w:color w:val="2F5597"/>
                <w:sz w:val="22"/>
                <w:lang w:eastAsia="zh-TW"/>
              </w:rPr>
              <w:t>本表填寫邏輯</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w:t>
            </w:r>
            <w:proofErr w:type="gramStart"/>
            <w:r>
              <w:rPr>
                <w:rFonts w:ascii="微軟正黑體" w:eastAsia="微軟正黑體" w:hAnsi="微軟正黑體"/>
                <w:sz w:val="22"/>
                <w:lang w:eastAsia="zh-TW"/>
              </w:rPr>
              <w:t>每位社群</w:t>
            </w:r>
            <w:proofErr w:type="gramEnd"/>
            <w:r>
              <w:rPr>
                <w:rFonts w:ascii="微軟正黑體" w:eastAsia="微軟正黑體" w:hAnsi="微軟正黑體"/>
                <w:sz w:val="22"/>
                <w:lang w:eastAsia="zh-TW"/>
              </w:rPr>
              <w:t>教師依「認領的1項UCAN共通職能」進行介紹，並完整對應該職能的各項內涵。</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每一項內涵依序思考：「學生要能做到什麼」→「安排什麼教學方法／學習活動」→「用什麼評量工具蒐集證據」→「如何判斷學生能力有所發展」。</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16+2</w:t>
            </w:r>
            <w:proofErr w:type="gramStart"/>
            <w:r>
              <w:rPr>
                <w:rFonts w:ascii="微軟正黑體" w:eastAsia="微軟正黑體" w:hAnsi="微軟正黑體"/>
                <w:sz w:val="22"/>
                <w:lang w:eastAsia="zh-TW"/>
              </w:rPr>
              <w:t>週</w:t>
            </w:r>
            <w:proofErr w:type="gramEnd"/>
            <w:r>
              <w:rPr>
                <w:rFonts w:ascii="微軟正黑體" w:eastAsia="微軟正黑體" w:hAnsi="微軟正黑體"/>
                <w:sz w:val="22"/>
                <w:lang w:eastAsia="zh-TW"/>
              </w:rPr>
              <w:t>實施規劃維持本校教學大綱格式，於相關</w:t>
            </w:r>
            <w:proofErr w:type="gramStart"/>
            <w:r>
              <w:rPr>
                <w:rFonts w:ascii="微軟正黑體" w:eastAsia="微軟正黑體" w:hAnsi="微軟正黑體"/>
                <w:sz w:val="22"/>
                <w:lang w:eastAsia="zh-TW"/>
              </w:rPr>
              <w:t>週</w:t>
            </w:r>
            <w:proofErr w:type="gramEnd"/>
            <w:r>
              <w:rPr>
                <w:rFonts w:ascii="微軟正黑體" w:eastAsia="微軟正黑體" w:hAnsi="微軟正黑體"/>
                <w:sz w:val="22"/>
                <w:lang w:eastAsia="zh-TW"/>
              </w:rPr>
              <w:t>次標示所對應的主要UCAN職能內涵編號；無直接對應者不需勉強填列。</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教學方法不是只寫「教什麼」；重點是說明「如何讓學生練習該職能」。評量方式則要能看見學生是否真的發展該職能。</w:t>
            </w:r>
          </w:p>
        </w:tc>
      </w:tr>
    </w:tbl>
    <w:p w14:paraId="5A2189F0" w14:textId="77777777" w:rsidR="00BD605F" w:rsidRDefault="00BD605F">
      <w:pPr>
        <w:rPr>
          <w:rFonts w:ascii="微軟正黑體" w:eastAsia="微軟正黑體" w:hAnsi="微軟正黑體"/>
          <w:lang w:eastAsia="zh-TW"/>
        </w:rPr>
      </w:pPr>
    </w:p>
    <w:tbl>
      <w:tblPr>
        <w:tblW w:w="0" w:type="auto"/>
        <w:jc w:val="center"/>
        <w:tblLook w:val="04A0" w:firstRow="1" w:lastRow="0" w:firstColumn="1" w:lastColumn="0" w:noHBand="0" w:noVBand="1"/>
      </w:tblPr>
      <w:tblGrid>
        <w:gridCol w:w="1866"/>
        <w:gridCol w:w="2098"/>
        <w:gridCol w:w="2179"/>
        <w:gridCol w:w="1898"/>
        <w:gridCol w:w="2165"/>
      </w:tblGrid>
      <w:tr w:rsidR="00BD605F" w14:paraId="4D7F92EE" w14:textId="77777777">
        <w:trPr>
          <w:cantSplit/>
          <w:jc w:val="center"/>
        </w:trPr>
        <w:tc>
          <w:tcPr>
            <w:tcW w:w="1944" w:type="dxa"/>
            <w:shd w:val="clear" w:color="auto" w:fill="2F5597"/>
            <w:tcMar>
              <w:top w:w="70" w:type="dxa"/>
              <w:left w:w="80" w:type="dxa"/>
              <w:bottom w:w="70" w:type="dxa"/>
              <w:right w:w="80" w:type="dxa"/>
            </w:tcMar>
            <w:vAlign w:val="center"/>
          </w:tcPr>
          <w:p w14:paraId="53B594AD" w14:textId="77777777" w:rsidR="00BD605F" w:rsidRDefault="00000000">
            <w:pPr>
              <w:spacing w:after="0" w:line="240" w:lineRule="exact"/>
              <w:jc w:val="center"/>
              <w:rPr>
                <w:rFonts w:ascii="微軟正黑體" w:eastAsia="微軟正黑體" w:hAnsi="微軟正黑體"/>
                <w:sz w:val="24"/>
                <w:szCs w:val="24"/>
              </w:rPr>
            </w:pPr>
            <w:r>
              <w:rPr>
                <w:rFonts w:ascii="微軟正黑體" w:eastAsia="微軟正黑體" w:hAnsi="微軟正黑體"/>
                <w:b/>
                <w:color w:val="FFFFFF"/>
                <w:sz w:val="24"/>
                <w:szCs w:val="24"/>
              </w:rPr>
              <w:t xml:space="preserve">① </w:t>
            </w:r>
            <w:proofErr w:type="spellStart"/>
            <w:r>
              <w:rPr>
                <w:rFonts w:ascii="微軟正黑體" w:eastAsia="微軟正黑體" w:hAnsi="微軟正黑體"/>
                <w:b/>
                <w:color w:val="FFFFFF"/>
                <w:sz w:val="24"/>
                <w:szCs w:val="24"/>
              </w:rPr>
              <w:t>UCAN職能內涵</w:t>
            </w:r>
            <w:proofErr w:type="spellEnd"/>
          </w:p>
        </w:tc>
        <w:tc>
          <w:tcPr>
            <w:tcW w:w="2232" w:type="dxa"/>
            <w:shd w:val="clear" w:color="auto" w:fill="2F5597"/>
            <w:tcMar>
              <w:top w:w="70" w:type="dxa"/>
              <w:left w:w="80" w:type="dxa"/>
              <w:bottom w:w="70" w:type="dxa"/>
              <w:right w:w="80" w:type="dxa"/>
            </w:tcMar>
            <w:vAlign w:val="center"/>
          </w:tcPr>
          <w:p w14:paraId="78159E8A" w14:textId="77777777" w:rsidR="00BD605F" w:rsidRDefault="00000000">
            <w:pPr>
              <w:spacing w:after="0" w:line="240" w:lineRule="exact"/>
              <w:jc w:val="center"/>
              <w:rPr>
                <w:rFonts w:ascii="微軟正黑體" w:eastAsia="微軟正黑體" w:hAnsi="微軟正黑體"/>
                <w:sz w:val="24"/>
                <w:szCs w:val="24"/>
              </w:rPr>
            </w:pPr>
            <w:r>
              <w:rPr>
                <w:rFonts w:ascii="微軟正黑體" w:eastAsia="微軟正黑體" w:hAnsi="微軟正黑體"/>
                <w:b/>
                <w:color w:val="FFFFFF"/>
                <w:sz w:val="24"/>
                <w:szCs w:val="24"/>
              </w:rPr>
              <w:t xml:space="preserve">② </w:t>
            </w:r>
            <w:proofErr w:type="spellStart"/>
            <w:r>
              <w:rPr>
                <w:rFonts w:ascii="微軟正黑體" w:eastAsia="微軟正黑體" w:hAnsi="微軟正黑體"/>
                <w:b/>
                <w:color w:val="FFFFFF"/>
                <w:sz w:val="24"/>
                <w:szCs w:val="24"/>
              </w:rPr>
              <w:t>課程能力培養目標</w:t>
            </w:r>
            <w:proofErr w:type="spellEnd"/>
          </w:p>
        </w:tc>
        <w:tc>
          <w:tcPr>
            <w:tcW w:w="2304" w:type="dxa"/>
            <w:shd w:val="clear" w:color="auto" w:fill="2F5597"/>
            <w:tcMar>
              <w:top w:w="70" w:type="dxa"/>
              <w:left w:w="80" w:type="dxa"/>
              <w:bottom w:w="70" w:type="dxa"/>
              <w:right w:w="80" w:type="dxa"/>
            </w:tcMar>
            <w:vAlign w:val="center"/>
          </w:tcPr>
          <w:p w14:paraId="70701156" w14:textId="77777777" w:rsidR="00BD605F" w:rsidRDefault="00000000">
            <w:pPr>
              <w:spacing w:after="0" w:line="240" w:lineRule="exact"/>
              <w:jc w:val="center"/>
              <w:rPr>
                <w:rFonts w:ascii="微軟正黑體" w:eastAsia="微軟正黑體" w:hAnsi="微軟正黑體"/>
                <w:sz w:val="24"/>
                <w:szCs w:val="24"/>
                <w:lang w:eastAsia="zh-TW"/>
              </w:rPr>
            </w:pPr>
            <w:r>
              <w:rPr>
                <w:rFonts w:ascii="微軟正黑體" w:eastAsia="微軟正黑體" w:hAnsi="微軟正黑體"/>
                <w:b/>
                <w:color w:val="FFFFFF"/>
                <w:sz w:val="24"/>
                <w:szCs w:val="24"/>
                <w:lang w:eastAsia="zh-TW"/>
              </w:rPr>
              <w:t>③ 教學方法／學習活動</w:t>
            </w:r>
          </w:p>
        </w:tc>
        <w:tc>
          <w:tcPr>
            <w:tcW w:w="2016" w:type="dxa"/>
            <w:shd w:val="clear" w:color="auto" w:fill="2F5597"/>
            <w:tcMar>
              <w:top w:w="70" w:type="dxa"/>
              <w:left w:w="80" w:type="dxa"/>
              <w:bottom w:w="70" w:type="dxa"/>
              <w:right w:w="80" w:type="dxa"/>
            </w:tcMar>
            <w:vAlign w:val="center"/>
          </w:tcPr>
          <w:p w14:paraId="1655FE2A" w14:textId="77777777" w:rsidR="00BD605F" w:rsidRDefault="00000000">
            <w:pPr>
              <w:spacing w:after="0" w:line="240" w:lineRule="exact"/>
              <w:jc w:val="center"/>
              <w:rPr>
                <w:rFonts w:ascii="微軟正黑體" w:eastAsia="微軟正黑體" w:hAnsi="微軟正黑體"/>
                <w:sz w:val="24"/>
                <w:szCs w:val="24"/>
              </w:rPr>
            </w:pPr>
            <w:r>
              <w:rPr>
                <w:rFonts w:ascii="微軟正黑體" w:eastAsia="微軟正黑體" w:hAnsi="微軟正黑體"/>
                <w:b/>
                <w:color w:val="FFFFFF"/>
                <w:sz w:val="24"/>
                <w:szCs w:val="24"/>
              </w:rPr>
              <w:t xml:space="preserve">④ </w:t>
            </w:r>
            <w:proofErr w:type="spellStart"/>
            <w:r>
              <w:rPr>
                <w:rFonts w:ascii="微軟正黑體" w:eastAsia="微軟正黑體" w:hAnsi="微軟正黑體"/>
                <w:b/>
                <w:color w:val="FFFFFF"/>
                <w:sz w:val="24"/>
                <w:szCs w:val="24"/>
              </w:rPr>
              <w:t>評量工具／方式</w:t>
            </w:r>
            <w:proofErr w:type="spellEnd"/>
          </w:p>
        </w:tc>
        <w:tc>
          <w:tcPr>
            <w:tcW w:w="2304" w:type="dxa"/>
            <w:shd w:val="clear" w:color="auto" w:fill="2F5597"/>
            <w:tcMar>
              <w:top w:w="70" w:type="dxa"/>
              <w:left w:w="80" w:type="dxa"/>
              <w:bottom w:w="70" w:type="dxa"/>
              <w:right w:w="80" w:type="dxa"/>
            </w:tcMar>
            <w:vAlign w:val="center"/>
          </w:tcPr>
          <w:p w14:paraId="7C0456B7" w14:textId="77777777" w:rsidR="00BD605F" w:rsidRDefault="00000000">
            <w:pPr>
              <w:spacing w:after="0" w:line="240" w:lineRule="exact"/>
              <w:jc w:val="center"/>
              <w:rPr>
                <w:rFonts w:ascii="微軟正黑體" w:eastAsia="微軟正黑體" w:hAnsi="微軟正黑體"/>
                <w:sz w:val="24"/>
                <w:szCs w:val="24"/>
                <w:lang w:eastAsia="zh-TW"/>
              </w:rPr>
            </w:pPr>
            <w:r>
              <w:rPr>
                <w:rFonts w:ascii="微軟正黑體" w:eastAsia="微軟正黑體" w:hAnsi="微軟正黑體"/>
                <w:b/>
                <w:color w:val="FFFFFF"/>
                <w:sz w:val="24"/>
                <w:szCs w:val="24"/>
                <w:lang w:eastAsia="zh-TW"/>
              </w:rPr>
              <w:t>⑤ 評量重點／學習證據</w:t>
            </w:r>
          </w:p>
        </w:tc>
      </w:tr>
      <w:tr w:rsidR="00BD605F" w14:paraId="40FE7830" w14:textId="77777777">
        <w:trPr>
          <w:cantSplit/>
          <w:jc w:val="center"/>
        </w:trPr>
        <w:tc>
          <w:tcPr>
            <w:tcW w:w="1944" w:type="dxa"/>
            <w:shd w:val="clear" w:color="auto" w:fill="EEF5FB"/>
            <w:tcMar>
              <w:top w:w="70" w:type="dxa"/>
              <w:left w:w="80" w:type="dxa"/>
              <w:bottom w:w="70" w:type="dxa"/>
              <w:right w:w="80" w:type="dxa"/>
            </w:tcMar>
            <w:vAlign w:val="center"/>
          </w:tcPr>
          <w:p w14:paraId="32349665" w14:textId="77777777" w:rsidR="00BD605F" w:rsidRDefault="00000000">
            <w:pPr>
              <w:spacing w:after="0" w:line="252" w:lineRule="auto"/>
              <w:jc w:val="center"/>
              <w:rPr>
                <w:rFonts w:ascii="微軟正黑體" w:eastAsia="微軟正黑體" w:hAnsi="微軟正黑體"/>
                <w:sz w:val="22"/>
              </w:rPr>
            </w:pPr>
            <w:proofErr w:type="spellStart"/>
            <w:r>
              <w:rPr>
                <w:rFonts w:ascii="微軟正黑體" w:eastAsia="微軟正黑體" w:hAnsi="微軟正黑體"/>
                <w:color w:val="1F1F1F"/>
                <w:sz w:val="22"/>
              </w:rPr>
              <w:t>認領職能的官方內涵</w:t>
            </w:r>
            <w:proofErr w:type="spellEnd"/>
          </w:p>
        </w:tc>
        <w:tc>
          <w:tcPr>
            <w:tcW w:w="2232" w:type="dxa"/>
            <w:shd w:val="clear" w:color="auto" w:fill="EEF5FB"/>
            <w:tcMar>
              <w:top w:w="70" w:type="dxa"/>
              <w:left w:w="80" w:type="dxa"/>
              <w:bottom w:w="70" w:type="dxa"/>
              <w:right w:w="80" w:type="dxa"/>
            </w:tcMar>
            <w:vAlign w:val="center"/>
          </w:tcPr>
          <w:p w14:paraId="267A63AE" w14:textId="77777777" w:rsidR="00BD605F" w:rsidRDefault="00000000">
            <w:pPr>
              <w:spacing w:after="0" w:line="252" w:lineRule="auto"/>
              <w:jc w:val="center"/>
              <w:rPr>
                <w:rFonts w:ascii="微軟正黑體" w:eastAsia="微軟正黑體" w:hAnsi="微軟正黑體"/>
                <w:sz w:val="22"/>
                <w:lang w:eastAsia="zh-TW"/>
              </w:rPr>
            </w:pPr>
            <w:r>
              <w:rPr>
                <w:rFonts w:ascii="微軟正黑體" w:eastAsia="微軟正黑體" w:hAnsi="微軟正黑體"/>
                <w:color w:val="1F1F1F"/>
                <w:sz w:val="22"/>
                <w:lang w:eastAsia="zh-TW"/>
              </w:rPr>
              <w:t>學生在本課程要能做到什麼</w:t>
            </w:r>
          </w:p>
        </w:tc>
        <w:tc>
          <w:tcPr>
            <w:tcW w:w="2304" w:type="dxa"/>
            <w:shd w:val="clear" w:color="auto" w:fill="EEF5FB"/>
            <w:tcMar>
              <w:top w:w="70" w:type="dxa"/>
              <w:left w:w="80" w:type="dxa"/>
              <w:bottom w:w="70" w:type="dxa"/>
              <w:right w:w="80" w:type="dxa"/>
            </w:tcMar>
            <w:vAlign w:val="center"/>
          </w:tcPr>
          <w:p w14:paraId="404ECC86" w14:textId="77777777" w:rsidR="00BD605F" w:rsidRDefault="00000000">
            <w:pPr>
              <w:spacing w:after="0" w:line="252" w:lineRule="auto"/>
              <w:jc w:val="center"/>
              <w:rPr>
                <w:rFonts w:ascii="微軟正黑體" w:eastAsia="微軟正黑體" w:hAnsi="微軟正黑體"/>
                <w:sz w:val="22"/>
                <w:lang w:eastAsia="zh-TW"/>
              </w:rPr>
            </w:pPr>
            <w:r>
              <w:rPr>
                <w:rFonts w:ascii="微軟正黑體" w:eastAsia="微軟正黑體" w:hAnsi="微軟正黑體"/>
                <w:color w:val="1F1F1F"/>
                <w:sz w:val="22"/>
                <w:lang w:eastAsia="zh-TW"/>
              </w:rPr>
              <w:t>安排學生如何學、如何練習</w:t>
            </w:r>
          </w:p>
        </w:tc>
        <w:tc>
          <w:tcPr>
            <w:tcW w:w="2016" w:type="dxa"/>
            <w:shd w:val="clear" w:color="auto" w:fill="EEF5FB"/>
            <w:tcMar>
              <w:top w:w="70" w:type="dxa"/>
              <w:left w:w="80" w:type="dxa"/>
              <w:bottom w:w="70" w:type="dxa"/>
              <w:right w:w="80" w:type="dxa"/>
            </w:tcMar>
            <w:vAlign w:val="center"/>
          </w:tcPr>
          <w:p w14:paraId="2A090101" w14:textId="77777777" w:rsidR="00BD605F" w:rsidRDefault="00000000">
            <w:pPr>
              <w:spacing w:after="0" w:line="252" w:lineRule="auto"/>
              <w:jc w:val="center"/>
              <w:rPr>
                <w:rFonts w:ascii="微軟正黑體" w:eastAsia="微軟正黑體" w:hAnsi="微軟正黑體"/>
                <w:sz w:val="22"/>
              </w:rPr>
            </w:pPr>
            <w:proofErr w:type="spellStart"/>
            <w:r>
              <w:rPr>
                <w:rFonts w:ascii="微軟正黑體" w:eastAsia="微軟正黑體" w:hAnsi="微軟正黑體"/>
                <w:color w:val="1F1F1F"/>
                <w:sz w:val="22"/>
              </w:rPr>
              <w:t>用什麼方式蒐集證據</w:t>
            </w:r>
            <w:proofErr w:type="spellEnd"/>
          </w:p>
        </w:tc>
        <w:tc>
          <w:tcPr>
            <w:tcW w:w="2304" w:type="dxa"/>
            <w:shd w:val="clear" w:color="auto" w:fill="EEF5FB"/>
            <w:tcMar>
              <w:top w:w="70" w:type="dxa"/>
              <w:left w:w="80" w:type="dxa"/>
              <w:bottom w:w="70" w:type="dxa"/>
              <w:right w:w="80" w:type="dxa"/>
            </w:tcMar>
            <w:vAlign w:val="center"/>
          </w:tcPr>
          <w:p w14:paraId="3678526A" w14:textId="77777777" w:rsidR="00BD605F" w:rsidRDefault="00000000">
            <w:pPr>
              <w:spacing w:after="0" w:line="252" w:lineRule="auto"/>
              <w:jc w:val="center"/>
              <w:rPr>
                <w:rFonts w:ascii="微軟正黑體" w:eastAsia="微軟正黑體" w:hAnsi="微軟正黑體"/>
                <w:sz w:val="22"/>
                <w:lang w:eastAsia="zh-TW"/>
              </w:rPr>
            </w:pPr>
            <w:r>
              <w:rPr>
                <w:rFonts w:ascii="微軟正黑體" w:eastAsia="微軟正黑體" w:hAnsi="微軟正黑體"/>
                <w:color w:val="1F1F1F"/>
                <w:sz w:val="22"/>
                <w:lang w:eastAsia="zh-TW"/>
              </w:rPr>
              <w:t>從什麼表現判斷能力發展</w:t>
            </w:r>
          </w:p>
        </w:tc>
      </w:tr>
    </w:tbl>
    <w:p w14:paraId="7D558E71" w14:textId="77777777" w:rsidR="00BD605F" w:rsidRDefault="00000000">
      <w:pPr>
        <w:keepNext/>
        <w:shd w:val="clear" w:color="auto" w:fill="D9EAF7"/>
        <w:spacing w:before="160" w:after="120"/>
        <w:rPr>
          <w:rFonts w:ascii="微軟正黑體" w:eastAsia="微軟正黑體" w:hAnsi="微軟正黑體"/>
        </w:rPr>
      </w:pPr>
      <w:proofErr w:type="spellStart"/>
      <w:r>
        <w:rPr>
          <w:rFonts w:ascii="微軟正黑體" w:eastAsia="微軟正黑體" w:hAnsi="微軟正黑體"/>
          <w:b/>
          <w:color w:val="2F5597"/>
          <w:sz w:val="28"/>
        </w:rPr>
        <w:t>壹、基本資料</w:t>
      </w:r>
      <w:proofErr w:type="spellEnd"/>
    </w:p>
    <w:tbl>
      <w:tblPr>
        <w:tblStyle w:val="aff2"/>
        <w:tblW w:w="0" w:type="auto"/>
        <w:jc w:val="center"/>
        <w:tblLook w:val="04A0" w:firstRow="1" w:lastRow="0" w:firstColumn="1" w:lastColumn="0" w:noHBand="0" w:noVBand="1"/>
      </w:tblPr>
      <w:tblGrid>
        <w:gridCol w:w="1800"/>
        <w:gridCol w:w="1656"/>
        <w:gridCol w:w="1512"/>
        <w:gridCol w:w="2088"/>
        <w:gridCol w:w="2952"/>
      </w:tblGrid>
      <w:tr w:rsidR="00BD605F" w14:paraId="19C0EA07" w14:textId="77777777">
        <w:trPr>
          <w:cantSplit/>
          <w:jc w:val="center"/>
        </w:trPr>
        <w:tc>
          <w:tcPr>
            <w:tcW w:w="1800" w:type="dxa"/>
            <w:shd w:val="clear" w:color="auto" w:fill="2F5597"/>
            <w:tcMar>
              <w:top w:w="70" w:type="dxa"/>
              <w:left w:w="80" w:type="dxa"/>
              <w:bottom w:w="70" w:type="dxa"/>
              <w:right w:w="80" w:type="dxa"/>
            </w:tcMar>
            <w:vAlign w:val="center"/>
          </w:tcPr>
          <w:p w14:paraId="5646906B"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分享教師姓名</w:t>
            </w:r>
            <w:proofErr w:type="spellEnd"/>
          </w:p>
        </w:tc>
        <w:tc>
          <w:tcPr>
            <w:tcW w:w="1656" w:type="dxa"/>
            <w:shd w:val="clear" w:color="auto" w:fill="2F5597"/>
            <w:tcMar>
              <w:top w:w="70" w:type="dxa"/>
              <w:left w:w="80" w:type="dxa"/>
              <w:bottom w:w="70" w:type="dxa"/>
              <w:right w:w="80" w:type="dxa"/>
            </w:tcMar>
            <w:vAlign w:val="center"/>
          </w:tcPr>
          <w:p w14:paraId="6C1F2D03"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單位</w:t>
            </w:r>
            <w:proofErr w:type="spellEnd"/>
          </w:p>
        </w:tc>
        <w:tc>
          <w:tcPr>
            <w:tcW w:w="1512" w:type="dxa"/>
            <w:shd w:val="clear" w:color="auto" w:fill="2F5597"/>
            <w:tcMar>
              <w:top w:w="70" w:type="dxa"/>
              <w:left w:w="80" w:type="dxa"/>
              <w:bottom w:w="70" w:type="dxa"/>
              <w:right w:w="80" w:type="dxa"/>
            </w:tcMar>
            <w:vAlign w:val="center"/>
          </w:tcPr>
          <w:p w14:paraId="030ECB9F"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職稱</w:t>
            </w:r>
            <w:proofErr w:type="spellEnd"/>
          </w:p>
        </w:tc>
        <w:tc>
          <w:tcPr>
            <w:tcW w:w="2088" w:type="dxa"/>
            <w:shd w:val="clear" w:color="auto" w:fill="2F5597"/>
            <w:tcMar>
              <w:top w:w="70" w:type="dxa"/>
              <w:left w:w="80" w:type="dxa"/>
              <w:bottom w:w="70" w:type="dxa"/>
              <w:right w:w="80" w:type="dxa"/>
            </w:tcMar>
            <w:vAlign w:val="center"/>
          </w:tcPr>
          <w:p w14:paraId="69A64C3B"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聯絡電話／手機</w:t>
            </w:r>
            <w:proofErr w:type="spellEnd"/>
          </w:p>
        </w:tc>
        <w:tc>
          <w:tcPr>
            <w:tcW w:w="2952" w:type="dxa"/>
            <w:shd w:val="clear" w:color="auto" w:fill="2F5597"/>
            <w:tcMar>
              <w:top w:w="70" w:type="dxa"/>
              <w:left w:w="80" w:type="dxa"/>
              <w:bottom w:w="70" w:type="dxa"/>
              <w:right w:w="80" w:type="dxa"/>
            </w:tcMar>
            <w:vAlign w:val="center"/>
          </w:tcPr>
          <w:p w14:paraId="2BC7597D"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b/>
                <w:color w:val="FFFFFF"/>
                <w:sz w:val="22"/>
              </w:rPr>
              <w:t>E-Mail</w:t>
            </w:r>
          </w:p>
        </w:tc>
      </w:tr>
      <w:tr w:rsidR="00BD605F" w14:paraId="2FFFA809" w14:textId="77777777">
        <w:trPr>
          <w:cantSplit/>
          <w:jc w:val="center"/>
        </w:trPr>
        <w:tc>
          <w:tcPr>
            <w:tcW w:w="1800" w:type="dxa"/>
            <w:tcMar>
              <w:top w:w="70" w:type="dxa"/>
              <w:left w:w="80" w:type="dxa"/>
              <w:bottom w:w="70" w:type="dxa"/>
              <w:right w:w="80" w:type="dxa"/>
            </w:tcMar>
            <w:vAlign w:val="center"/>
          </w:tcPr>
          <w:p w14:paraId="18DECB50" w14:textId="77777777" w:rsidR="00BD605F" w:rsidRDefault="00BD605F">
            <w:pPr>
              <w:spacing w:line="252" w:lineRule="auto"/>
              <w:jc w:val="center"/>
              <w:rPr>
                <w:rFonts w:ascii="微軟正黑體" w:eastAsia="微軟正黑體" w:hAnsi="微軟正黑體"/>
                <w:sz w:val="22"/>
              </w:rPr>
            </w:pPr>
          </w:p>
        </w:tc>
        <w:tc>
          <w:tcPr>
            <w:tcW w:w="1656" w:type="dxa"/>
            <w:tcMar>
              <w:top w:w="70" w:type="dxa"/>
              <w:left w:w="80" w:type="dxa"/>
              <w:bottom w:w="70" w:type="dxa"/>
              <w:right w:w="80" w:type="dxa"/>
            </w:tcMar>
            <w:vAlign w:val="center"/>
          </w:tcPr>
          <w:p w14:paraId="362A7B74" w14:textId="77777777" w:rsidR="00BD605F" w:rsidRDefault="00BD605F">
            <w:pPr>
              <w:spacing w:line="252" w:lineRule="auto"/>
              <w:jc w:val="center"/>
              <w:rPr>
                <w:rFonts w:ascii="微軟正黑體" w:eastAsia="微軟正黑體" w:hAnsi="微軟正黑體"/>
                <w:sz w:val="22"/>
              </w:rPr>
            </w:pPr>
          </w:p>
        </w:tc>
        <w:tc>
          <w:tcPr>
            <w:tcW w:w="1512" w:type="dxa"/>
            <w:tcMar>
              <w:top w:w="70" w:type="dxa"/>
              <w:left w:w="80" w:type="dxa"/>
              <w:bottom w:w="70" w:type="dxa"/>
              <w:right w:w="80" w:type="dxa"/>
            </w:tcMar>
            <w:vAlign w:val="center"/>
          </w:tcPr>
          <w:p w14:paraId="16CEDE3F" w14:textId="77777777" w:rsidR="00BD605F" w:rsidRDefault="00BD605F">
            <w:pPr>
              <w:spacing w:line="252" w:lineRule="auto"/>
              <w:jc w:val="center"/>
              <w:rPr>
                <w:rFonts w:ascii="微軟正黑體" w:eastAsia="微軟正黑體" w:hAnsi="微軟正黑體"/>
                <w:sz w:val="22"/>
              </w:rPr>
            </w:pPr>
          </w:p>
        </w:tc>
        <w:tc>
          <w:tcPr>
            <w:tcW w:w="2088" w:type="dxa"/>
            <w:tcMar>
              <w:top w:w="70" w:type="dxa"/>
              <w:left w:w="80" w:type="dxa"/>
              <w:bottom w:w="70" w:type="dxa"/>
              <w:right w:w="80" w:type="dxa"/>
            </w:tcMar>
            <w:vAlign w:val="center"/>
          </w:tcPr>
          <w:p w14:paraId="1930C6D8" w14:textId="77777777" w:rsidR="00BD605F" w:rsidRDefault="00BD605F">
            <w:pPr>
              <w:spacing w:line="252" w:lineRule="auto"/>
              <w:jc w:val="center"/>
              <w:rPr>
                <w:rFonts w:ascii="微軟正黑體" w:eastAsia="微軟正黑體" w:hAnsi="微軟正黑體"/>
                <w:sz w:val="22"/>
              </w:rPr>
            </w:pPr>
          </w:p>
        </w:tc>
        <w:tc>
          <w:tcPr>
            <w:tcW w:w="2952" w:type="dxa"/>
            <w:tcMar>
              <w:top w:w="70" w:type="dxa"/>
              <w:left w:w="80" w:type="dxa"/>
              <w:bottom w:w="70" w:type="dxa"/>
              <w:right w:w="80" w:type="dxa"/>
            </w:tcMar>
            <w:vAlign w:val="center"/>
          </w:tcPr>
          <w:p w14:paraId="7F490988" w14:textId="77777777" w:rsidR="00BD605F" w:rsidRDefault="00BD605F">
            <w:pPr>
              <w:spacing w:line="252" w:lineRule="auto"/>
              <w:jc w:val="center"/>
              <w:rPr>
                <w:rFonts w:ascii="微軟正黑體" w:eastAsia="微軟正黑體" w:hAnsi="微軟正黑體"/>
                <w:sz w:val="22"/>
              </w:rPr>
            </w:pPr>
          </w:p>
        </w:tc>
      </w:tr>
      <w:tr w:rsidR="006774A7" w14:paraId="3E20246E" w14:textId="77777777" w:rsidTr="006774A7">
        <w:trPr>
          <w:cantSplit/>
          <w:trHeight w:val="1199"/>
          <w:jc w:val="center"/>
        </w:trPr>
        <w:tc>
          <w:tcPr>
            <w:tcW w:w="1800" w:type="dxa"/>
            <w:shd w:val="clear" w:color="auto" w:fill="EEF5FB"/>
            <w:tcMar>
              <w:top w:w="70" w:type="dxa"/>
              <w:left w:w="80" w:type="dxa"/>
              <w:bottom w:w="70" w:type="dxa"/>
              <w:right w:w="80" w:type="dxa"/>
            </w:tcMar>
            <w:vAlign w:val="center"/>
          </w:tcPr>
          <w:p w14:paraId="7DDE1E08" w14:textId="77777777" w:rsidR="006774A7" w:rsidRDefault="006774A7">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1F1F1F"/>
                <w:sz w:val="22"/>
              </w:rPr>
              <w:t>本次分享的UCAN</w:t>
            </w:r>
            <w:proofErr w:type="spellEnd"/>
            <w:r>
              <w:rPr>
                <w:rFonts w:ascii="微軟正黑體" w:eastAsia="微軟正黑體" w:hAnsi="微軟正黑體"/>
                <w:b/>
                <w:color w:val="1F1F1F"/>
                <w:sz w:val="22"/>
              </w:rPr>
              <w:br/>
            </w:r>
            <w:proofErr w:type="spellStart"/>
            <w:r>
              <w:rPr>
                <w:rFonts w:ascii="微軟正黑體" w:eastAsia="微軟正黑體" w:hAnsi="微軟正黑體"/>
                <w:b/>
                <w:color w:val="1F1F1F"/>
                <w:sz w:val="22"/>
              </w:rPr>
              <w:t>共通職能</w:t>
            </w:r>
            <w:proofErr w:type="spellEnd"/>
          </w:p>
        </w:tc>
        <w:tc>
          <w:tcPr>
            <w:tcW w:w="8208" w:type="dxa"/>
            <w:gridSpan w:val="4"/>
            <w:tcMar>
              <w:top w:w="70" w:type="dxa"/>
              <w:left w:w="80" w:type="dxa"/>
              <w:bottom w:w="70" w:type="dxa"/>
              <w:right w:w="80" w:type="dxa"/>
            </w:tcMar>
            <w:vAlign w:val="center"/>
          </w:tcPr>
          <w:p w14:paraId="5C6F56BA" w14:textId="1FE16179" w:rsidR="006774A7" w:rsidRPr="006774A7" w:rsidRDefault="006774A7">
            <w:pPr>
              <w:spacing w:line="252" w:lineRule="auto"/>
              <w:rPr>
                <w:rFonts w:ascii="微軟正黑體" w:eastAsia="微軟正黑體" w:hAnsi="微軟正黑體"/>
                <w:sz w:val="22"/>
                <w:lang w:eastAsia="zh-TW"/>
              </w:rPr>
            </w:pP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 溝通表達　</w:t>
            </w: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持續學習　</w:t>
            </w: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人際互動　</w:t>
            </w: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 團隊合作</w:t>
            </w:r>
          </w:p>
          <w:p w14:paraId="4D332506" w14:textId="258A6EA6" w:rsidR="006774A7" w:rsidRPr="006774A7" w:rsidRDefault="006774A7" w:rsidP="00E01A06">
            <w:pPr>
              <w:spacing w:line="252" w:lineRule="auto"/>
              <w:rPr>
                <w:rFonts w:ascii="微軟正黑體" w:eastAsia="微軟正黑體" w:hAnsi="微軟正黑體"/>
                <w:sz w:val="22"/>
                <w:lang w:eastAsia="zh-TW"/>
              </w:rPr>
            </w:pP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 問題解決　</w:t>
            </w: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創新　</w:t>
            </w:r>
            <w:r w:rsidRPr="006774A7">
              <w:rPr>
                <w:rFonts w:ascii="標楷體" w:eastAsia="標楷體" w:hAnsi="標楷體"/>
                <w:sz w:val="22"/>
                <w:lang w:eastAsia="zh-TW"/>
              </w:rPr>
              <w:t>□</w:t>
            </w:r>
            <w:r w:rsidRPr="006774A7">
              <w:rPr>
                <w:rFonts w:ascii="微軟正黑體" w:eastAsia="微軟正黑體" w:hAnsi="微軟正黑體"/>
                <w:sz w:val="22"/>
                <w:lang w:eastAsia="zh-TW"/>
              </w:rPr>
              <w:t xml:space="preserve">工作責任及紀律　</w:t>
            </w:r>
            <w:r w:rsidRPr="006774A7">
              <w:rPr>
                <w:rFonts w:ascii="標楷體" w:eastAsia="標楷體" w:hAnsi="標楷體"/>
                <w:sz w:val="22"/>
                <w:lang w:eastAsia="zh-TW"/>
              </w:rPr>
              <w:t xml:space="preserve">■ </w:t>
            </w:r>
            <w:r w:rsidRPr="006774A7">
              <w:rPr>
                <w:rFonts w:ascii="微軟正黑體" w:eastAsia="微軟正黑體" w:hAnsi="微軟正黑體"/>
                <w:sz w:val="22"/>
                <w:lang w:eastAsia="zh-TW"/>
              </w:rPr>
              <w:t>資訊科技應用</w:t>
            </w:r>
          </w:p>
        </w:tc>
      </w:tr>
    </w:tbl>
    <w:p w14:paraId="0DEAE0AA" w14:textId="77777777" w:rsidR="00BD605F" w:rsidRDefault="00000000">
      <w:pPr>
        <w:spacing w:before="120" w:after="0"/>
        <w:rPr>
          <w:rFonts w:ascii="微軟正黑體" w:eastAsia="微軟正黑體" w:hAnsi="微軟正黑體"/>
          <w:sz w:val="22"/>
          <w:lang w:eastAsia="zh-TW"/>
        </w:rPr>
      </w:pPr>
      <w:r>
        <w:rPr>
          <w:rFonts w:ascii="微軟正黑體" w:eastAsia="微軟正黑體" w:hAnsi="微軟正黑體"/>
          <w:b/>
          <w:color w:val="2F5597"/>
          <w:sz w:val="22"/>
          <w:lang w:eastAsia="zh-TW"/>
        </w:rPr>
        <w:t>填寫說明：本版本以「資訊科技應用」為主要UCAN共通職能，以下請依「資訊科技應用」8 項內涵，逐項連結您所授課程的能力培養目標、教學方法與評量設計。</w:t>
      </w:r>
    </w:p>
    <w:p w14:paraId="06B9843F" w14:textId="77777777" w:rsidR="00BD605F" w:rsidRDefault="00BD605F">
      <w:pPr>
        <w:rPr>
          <w:rFonts w:ascii="微軟正黑體" w:eastAsia="微軟正黑體" w:hAnsi="微軟正黑體"/>
          <w:lang w:eastAsia="zh-TW"/>
        </w:rPr>
        <w:sectPr w:rsidR="00BD605F">
          <w:headerReference w:type="default" r:id="rId8"/>
          <w:footerReference w:type="default" r:id="rId9"/>
          <w:pgSz w:w="11906" w:h="16838"/>
          <w:pgMar w:top="850" w:right="850" w:bottom="850" w:left="850" w:header="720" w:footer="720" w:gutter="0"/>
          <w:cols w:space="720"/>
          <w:docGrid w:linePitch="360"/>
        </w:sectPr>
      </w:pPr>
    </w:p>
    <w:p w14:paraId="161317FE" w14:textId="77777777" w:rsidR="00BD605F" w:rsidRDefault="00000000">
      <w:pPr>
        <w:keepNext/>
        <w:shd w:val="clear" w:color="auto" w:fill="D9EAF7"/>
        <w:spacing w:before="160" w:after="120"/>
        <w:rPr>
          <w:rFonts w:ascii="微軟正黑體" w:eastAsia="微軟正黑體" w:hAnsi="微軟正黑體"/>
          <w:lang w:eastAsia="zh-TW"/>
        </w:rPr>
      </w:pPr>
      <w:r>
        <w:rPr>
          <w:rFonts w:ascii="微軟正黑體" w:eastAsia="微軟正黑體" w:hAnsi="微軟正黑體"/>
          <w:b/>
          <w:color w:val="2F5597"/>
          <w:sz w:val="28"/>
          <w:lang w:eastAsia="zh-TW"/>
        </w:rPr>
        <w:lastRenderedPageBreak/>
        <w:t>貳、「資訊科技應用」共通職能之教學與評量設計</w:t>
      </w:r>
    </w:p>
    <w:tbl>
      <w:tblPr>
        <w:tblW w:w="0" w:type="auto"/>
        <w:jc w:val="center"/>
        <w:tblLook w:val="04A0" w:firstRow="1" w:lastRow="0" w:firstColumn="1" w:lastColumn="0" w:noHBand="0" w:noVBand="1"/>
      </w:tblPr>
      <w:tblGrid>
        <w:gridCol w:w="15478"/>
      </w:tblGrid>
      <w:tr w:rsidR="00BD605F" w14:paraId="1AD24571" w14:textId="77777777">
        <w:trPr>
          <w:cantSplit/>
          <w:jc w:val="center"/>
        </w:trPr>
        <w:tc>
          <w:tcPr>
            <w:tcW w:w="15478" w:type="dxa"/>
            <w:shd w:val="clear" w:color="auto" w:fill="EEF5FB"/>
            <w:tcMar>
              <w:top w:w="120" w:type="dxa"/>
              <w:left w:w="140" w:type="dxa"/>
              <w:bottom w:w="120" w:type="dxa"/>
              <w:right w:w="140" w:type="dxa"/>
            </w:tcMar>
          </w:tcPr>
          <w:p w14:paraId="758C1A1A" w14:textId="77777777" w:rsidR="00BD605F" w:rsidRDefault="00000000">
            <w:pPr>
              <w:spacing w:after="0"/>
              <w:rPr>
                <w:rFonts w:ascii="微軟正黑體" w:eastAsia="微軟正黑體" w:hAnsi="微軟正黑體"/>
                <w:sz w:val="22"/>
                <w:lang w:eastAsia="zh-TW"/>
              </w:rPr>
            </w:pPr>
            <w:r>
              <w:rPr>
                <w:rFonts w:ascii="微軟正黑體" w:eastAsia="微軟正黑體" w:hAnsi="微軟正黑體"/>
                <w:b/>
                <w:color w:val="2F5597"/>
                <w:sz w:val="22"/>
                <w:lang w:eastAsia="zh-TW"/>
              </w:rPr>
              <w:t>本區填寫方式</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「UCAN內涵」由認領職能之官方定義逐項列出；本表為「資訊科技應用」8 項內涵。</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「本課程能力培養目標」請盡量以「學生能…</w:t>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」描述，可觀察、可檢核，避免只寫課程內容。</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「教學方法／學習活動」請以「教學策略／方法＋具體作法」描述，說明如何安排學生參與、練習或應用該項職能，避免只列課程內容。</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「評量工具／方式」可參照「教學方法／學習活動」的呈現方式，以「評量策略／工具＋具體作法」描述，說明如何蒐集學生能力發展的學習證據。</w:t>
            </w:r>
          </w:p>
        </w:tc>
      </w:tr>
    </w:tbl>
    <w:tbl>
      <w:tblPr>
        <w:tblStyle w:val="aff2"/>
        <w:tblW w:w="0" w:type="auto"/>
        <w:jc w:val="center"/>
        <w:tblLayout w:type="fixed"/>
        <w:tblLook w:val="04A0" w:firstRow="1" w:lastRow="0" w:firstColumn="1" w:lastColumn="0" w:noHBand="0" w:noVBand="1"/>
      </w:tblPr>
      <w:tblGrid>
        <w:gridCol w:w="2592"/>
        <w:gridCol w:w="3096"/>
        <w:gridCol w:w="3816"/>
        <w:gridCol w:w="2880"/>
        <w:gridCol w:w="3024"/>
      </w:tblGrid>
      <w:tr w:rsidR="00BD605F" w14:paraId="2E2011ED" w14:textId="77777777">
        <w:trPr>
          <w:cantSplit/>
          <w:tblHeader/>
          <w:jc w:val="center"/>
        </w:trPr>
        <w:tc>
          <w:tcPr>
            <w:tcW w:w="2592" w:type="dxa"/>
            <w:shd w:val="clear" w:color="auto" w:fill="2F5597"/>
            <w:tcMar>
              <w:top w:w="70" w:type="dxa"/>
              <w:left w:w="80" w:type="dxa"/>
              <w:bottom w:w="70" w:type="dxa"/>
              <w:right w:w="80" w:type="dxa"/>
            </w:tcMar>
            <w:vAlign w:val="center"/>
          </w:tcPr>
          <w:p w14:paraId="0FBECC68"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UCAN「資訊科技應用」內涵</w:t>
            </w:r>
          </w:p>
        </w:tc>
        <w:tc>
          <w:tcPr>
            <w:tcW w:w="3096" w:type="dxa"/>
            <w:shd w:val="clear" w:color="auto" w:fill="2F5597"/>
            <w:tcMar>
              <w:top w:w="70" w:type="dxa"/>
              <w:left w:w="80" w:type="dxa"/>
              <w:bottom w:w="70" w:type="dxa"/>
              <w:right w:w="80" w:type="dxa"/>
            </w:tcMar>
            <w:vAlign w:val="center"/>
          </w:tcPr>
          <w:p w14:paraId="25B468C8"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本課程能力培養目標</w:t>
            </w:r>
            <w:r>
              <w:rPr>
                <w:rFonts w:ascii="微軟正黑體" w:eastAsia="微軟正黑體" w:hAnsi="微軟正黑體"/>
                <w:b/>
                <w:color w:val="FFFFFF"/>
                <w:sz w:val="22"/>
                <w:lang w:eastAsia="zh-TW"/>
              </w:rPr>
              <w:br/>
              <w:t>（學生能…</w:t>
            </w:r>
            <w:proofErr w:type="gramStart"/>
            <w:r>
              <w:rPr>
                <w:rFonts w:ascii="微軟正黑體" w:eastAsia="微軟正黑體" w:hAnsi="微軟正黑體"/>
                <w:b/>
                <w:color w:val="FFFFFF"/>
                <w:sz w:val="22"/>
                <w:lang w:eastAsia="zh-TW"/>
              </w:rPr>
              <w:t>…</w:t>
            </w:r>
            <w:proofErr w:type="gramEnd"/>
            <w:r>
              <w:rPr>
                <w:rFonts w:ascii="微軟正黑體" w:eastAsia="微軟正黑體" w:hAnsi="微軟正黑體"/>
                <w:b/>
                <w:color w:val="FFFFFF"/>
                <w:sz w:val="22"/>
                <w:lang w:eastAsia="zh-TW"/>
              </w:rPr>
              <w:t>）</w:t>
            </w:r>
          </w:p>
        </w:tc>
        <w:tc>
          <w:tcPr>
            <w:tcW w:w="3816" w:type="dxa"/>
            <w:shd w:val="clear" w:color="auto" w:fill="2F5597"/>
            <w:tcMar>
              <w:top w:w="70" w:type="dxa"/>
              <w:left w:w="80" w:type="dxa"/>
              <w:bottom w:w="70" w:type="dxa"/>
              <w:right w:w="80" w:type="dxa"/>
            </w:tcMar>
            <w:vAlign w:val="center"/>
          </w:tcPr>
          <w:p w14:paraId="15248093"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教學方法／學習活動</w:t>
            </w:r>
            <w:r>
              <w:rPr>
                <w:rFonts w:ascii="微軟正黑體" w:eastAsia="微軟正黑體" w:hAnsi="微軟正黑體"/>
                <w:b/>
                <w:color w:val="FFFFFF"/>
                <w:sz w:val="22"/>
                <w:lang w:eastAsia="zh-TW"/>
              </w:rPr>
              <w:br/>
              <w:t>（如何讓學生練習職能）</w:t>
            </w:r>
          </w:p>
        </w:tc>
        <w:tc>
          <w:tcPr>
            <w:tcW w:w="2880" w:type="dxa"/>
            <w:shd w:val="clear" w:color="auto" w:fill="2F5597"/>
            <w:tcMar>
              <w:top w:w="70" w:type="dxa"/>
              <w:left w:w="80" w:type="dxa"/>
              <w:bottom w:w="70" w:type="dxa"/>
              <w:right w:w="80" w:type="dxa"/>
            </w:tcMar>
            <w:vAlign w:val="center"/>
          </w:tcPr>
          <w:p w14:paraId="3465388E"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評量工具／方式</w:t>
            </w:r>
            <w:r>
              <w:rPr>
                <w:rFonts w:ascii="微軟正黑體" w:eastAsia="微軟正黑體" w:hAnsi="微軟正黑體"/>
                <w:b/>
                <w:color w:val="FFFFFF"/>
                <w:sz w:val="22"/>
                <w:lang w:eastAsia="zh-TW"/>
              </w:rPr>
              <w:br/>
              <w:t>（如何蒐集學習證據）</w:t>
            </w:r>
          </w:p>
        </w:tc>
        <w:tc>
          <w:tcPr>
            <w:tcW w:w="3024" w:type="dxa"/>
            <w:shd w:val="clear" w:color="auto" w:fill="2F5597"/>
            <w:tcMar>
              <w:top w:w="70" w:type="dxa"/>
              <w:left w:w="80" w:type="dxa"/>
              <w:bottom w:w="70" w:type="dxa"/>
              <w:right w:w="80" w:type="dxa"/>
            </w:tcMar>
            <w:vAlign w:val="center"/>
          </w:tcPr>
          <w:p w14:paraId="2A377F6C"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評量重點／可觀察證據</w:t>
            </w:r>
            <w:r>
              <w:rPr>
                <w:rFonts w:ascii="微軟正黑體" w:eastAsia="微軟正黑體" w:hAnsi="微軟正黑體"/>
                <w:b/>
                <w:color w:val="FFFFFF"/>
                <w:sz w:val="22"/>
                <w:lang w:eastAsia="zh-TW"/>
              </w:rPr>
              <w:br/>
              <w:t>（如何看出能力發展）</w:t>
            </w:r>
          </w:p>
        </w:tc>
      </w:tr>
      <w:tr w:rsidR="00BD605F" w14:paraId="0F5BD033" w14:textId="77777777" w:rsidTr="008D5021">
        <w:trPr>
          <w:cantSplit/>
          <w:trHeight w:val="2108"/>
          <w:jc w:val="center"/>
        </w:trPr>
        <w:tc>
          <w:tcPr>
            <w:tcW w:w="2592" w:type="dxa"/>
            <w:shd w:val="clear" w:color="auto" w:fill="EEF5FB"/>
            <w:tcMar>
              <w:top w:w="70" w:type="dxa"/>
              <w:left w:w="80" w:type="dxa"/>
              <w:bottom w:w="70" w:type="dxa"/>
              <w:right w:w="80" w:type="dxa"/>
            </w:tcMar>
          </w:tcPr>
          <w:p w14:paraId="1F5C73B6"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t>1. 能夠依據不同的情況，判斷並選擇使用/運用資訊科技工具，有效率地完成工作任務。</w:t>
            </w:r>
          </w:p>
        </w:tc>
        <w:tc>
          <w:tcPr>
            <w:tcW w:w="3096" w:type="dxa"/>
            <w:tcMar>
              <w:top w:w="70" w:type="dxa"/>
              <w:left w:w="80" w:type="dxa"/>
              <w:bottom w:w="70" w:type="dxa"/>
              <w:right w:w="80" w:type="dxa"/>
            </w:tcMar>
          </w:tcPr>
          <w:p w14:paraId="38CFD2F3"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17DC9935"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04EE536F"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4603803F" w14:textId="77777777" w:rsidR="00BD605F" w:rsidRDefault="00BD605F">
            <w:pPr>
              <w:spacing w:line="252" w:lineRule="auto"/>
              <w:rPr>
                <w:rFonts w:ascii="微軟正黑體" w:eastAsia="微軟正黑體" w:hAnsi="微軟正黑體"/>
                <w:sz w:val="22"/>
                <w:lang w:eastAsia="zh-TW"/>
              </w:rPr>
            </w:pPr>
          </w:p>
        </w:tc>
      </w:tr>
      <w:tr w:rsidR="00BD605F" w14:paraId="52542993" w14:textId="77777777" w:rsidTr="008D5021">
        <w:trPr>
          <w:cantSplit/>
          <w:trHeight w:val="2221"/>
          <w:jc w:val="center"/>
        </w:trPr>
        <w:tc>
          <w:tcPr>
            <w:tcW w:w="2592" w:type="dxa"/>
            <w:shd w:val="clear" w:color="auto" w:fill="EEF5FB"/>
            <w:tcMar>
              <w:top w:w="70" w:type="dxa"/>
              <w:left w:w="80" w:type="dxa"/>
              <w:bottom w:w="70" w:type="dxa"/>
              <w:right w:w="80" w:type="dxa"/>
            </w:tcMar>
          </w:tcPr>
          <w:p w14:paraId="504EE9CD"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t>2. 透過網路瀏覽和檢索資訊，經過篩選與衡量後，進一步管理、儲存及分析資料。</w:t>
            </w:r>
          </w:p>
        </w:tc>
        <w:tc>
          <w:tcPr>
            <w:tcW w:w="3096" w:type="dxa"/>
            <w:tcMar>
              <w:top w:w="70" w:type="dxa"/>
              <w:left w:w="80" w:type="dxa"/>
              <w:bottom w:w="70" w:type="dxa"/>
              <w:right w:w="80" w:type="dxa"/>
            </w:tcMar>
          </w:tcPr>
          <w:p w14:paraId="7E6C3CEE"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196A600A"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20F31090"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27CF2F3E" w14:textId="77777777" w:rsidR="00BD605F" w:rsidRDefault="00BD605F">
            <w:pPr>
              <w:spacing w:line="252" w:lineRule="auto"/>
              <w:rPr>
                <w:rFonts w:ascii="微軟正黑體" w:eastAsia="微軟正黑體" w:hAnsi="微軟正黑體"/>
                <w:sz w:val="22"/>
                <w:lang w:eastAsia="zh-TW"/>
              </w:rPr>
            </w:pPr>
          </w:p>
        </w:tc>
      </w:tr>
      <w:tr w:rsidR="00BD605F" w14:paraId="3C15FF27" w14:textId="77777777" w:rsidTr="008D5021">
        <w:trPr>
          <w:cantSplit/>
          <w:trHeight w:val="2259"/>
          <w:jc w:val="center"/>
        </w:trPr>
        <w:tc>
          <w:tcPr>
            <w:tcW w:w="2592" w:type="dxa"/>
            <w:shd w:val="clear" w:color="auto" w:fill="EEF5FB"/>
            <w:tcMar>
              <w:top w:w="70" w:type="dxa"/>
              <w:left w:w="80" w:type="dxa"/>
              <w:bottom w:w="70" w:type="dxa"/>
              <w:right w:w="80" w:type="dxa"/>
            </w:tcMar>
          </w:tcPr>
          <w:p w14:paraId="01CBD442"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lastRenderedPageBreak/>
              <w:t>3. 能有效運用資訊科技工具，產出數位內容(如文字、照片、影像)，以符合組織或工作任務之要求。</w:t>
            </w:r>
          </w:p>
        </w:tc>
        <w:tc>
          <w:tcPr>
            <w:tcW w:w="3096" w:type="dxa"/>
            <w:tcMar>
              <w:top w:w="70" w:type="dxa"/>
              <w:left w:w="80" w:type="dxa"/>
              <w:bottom w:w="70" w:type="dxa"/>
              <w:right w:w="80" w:type="dxa"/>
            </w:tcMar>
          </w:tcPr>
          <w:p w14:paraId="039A9204"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5BE0531C"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47E137B9"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2623879B" w14:textId="77777777" w:rsidR="00BD605F" w:rsidRDefault="00BD605F">
            <w:pPr>
              <w:spacing w:line="252" w:lineRule="auto"/>
              <w:rPr>
                <w:rFonts w:ascii="微軟正黑體" w:eastAsia="微軟正黑體" w:hAnsi="微軟正黑體"/>
                <w:sz w:val="22"/>
                <w:lang w:eastAsia="zh-TW"/>
              </w:rPr>
            </w:pPr>
          </w:p>
        </w:tc>
      </w:tr>
      <w:tr w:rsidR="00BD605F" w14:paraId="2E6C7101" w14:textId="77777777">
        <w:trPr>
          <w:cantSplit/>
          <w:trHeight w:val="2808"/>
          <w:jc w:val="center"/>
        </w:trPr>
        <w:tc>
          <w:tcPr>
            <w:tcW w:w="2592" w:type="dxa"/>
            <w:shd w:val="clear" w:color="auto" w:fill="EEF5FB"/>
            <w:tcMar>
              <w:top w:w="70" w:type="dxa"/>
              <w:left w:w="80" w:type="dxa"/>
              <w:bottom w:w="70" w:type="dxa"/>
              <w:right w:w="80" w:type="dxa"/>
            </w:tcMar>
          </w:tcPr>
          <w:p w14:paraId="32EA5DB3"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t>4. 能依據不同的狀況與情境，使用適當的資訊科技工具與他人進行溝通及互動。</w:t>
            </w:r>
          </w:p>
        </w:tc>
        <w:tc>
          <w:tcPr>
            <w:tcW w:w="3096" w:type="dxa"/>
            <w:tcMar>
              <w:top w:w="70" w:type="dxa"/>
              <w:left w:w="80" w:type="dxa"/>
              <w:bottom w:w="70" w:type="dxa"/>
              <w:right w:w="80" w:type="dxa"/>
            </w:tcMar>
          </w:tcPr>
          <w:p w14:paraId="64197065"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3EF9C0C3"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0E64CC2A"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4BF91A22" w14:textId="77777777" w:rsidR="00BD605F" w:rsidRDefault="00BD605F">
            <w:pPr>
              <w:spacing w:line="252" w:lineRule="auto"/>
              <w:rPr>
                <w:rFonts w:ascii="微軟正黑體" w:eastAsia="微軟正黑體" w:hAnsi="微軟正黑體"/>
                <w:sz w:val="22"/>
                <w:lang w:eastAsia="zh-TW"/>
              </w:rPr>
            </w:pPr>
          </w:p>
        </w:tc>
      </w:tr>
      <w:tr w:rsidR="00BD605F" w14:paraId="162206E9" w14:textId="77777777" w:rsidTr="008D5021">
        <w:trPr>
          <w:cantSplit/>
          <w:trHeight w:val="2562"/>
          <w:jc w:val="center"/>
        </w:trPr>
        <w:tc>
          <w:tcPr>
            <w:tcW w:w="2592" w:type="dxa"/>
            <w:shd w:val="clear" w:color="auto" w:fill="EEF5FB"/>
            <w:tcMar>
              <w:top w:w="70" w:type="dxa"/>
              <w:left w:w="80" w:type="dxa"/>
              <w:bottom w:w="70" w:type="dxa"/>
              <w:right w:w="80" w:type="dxa"/>
            </w:tcMar>
          </w:tcPr>
          <w:p w14:paraId="1138075C"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t>5. 瞭解使用資訊/數位內容版權與授權的規範。</w:t>
            </w:r>
          </w:p>
        </w:tc>
        <w:tc>
          <w:tcPr>
            <w:tcW w:w="3096" w:type="dxa"/>
            <w:tcMar>
              <w:top w:w="70" w:type="dxa"/>
              <w:left w:w="80" w:type="dxa"/>
              <w:bottom w:w="70" w:type="dxa"/>
              <w:right w:w="80" w:type="dxa"/>
            </w:tcMar>
          </w:tcPr>
          <w:p w14:paraId="2D7F1FA7"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00EE0B3C"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4731ADCD"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57E5635F" w14:textId="77777777" w:rsidR="00BD605F" w:rsidRDefault="00BD605F">
            <w:pPr>
              <w:spacing w:line="252" w:lineRule="auto"/>
              <w:rPr>
                <w:rFonts w:ascii="微軟正黑體" w:eastAsia="微軟正黑體" w:hAnsi="微軟正黑體"/>
                <w:sz w:val="22"/>
                <w:lang w:eastAsia="zh-TW"/>
              </w:rPr>
            </w:pPr>
          </w:p>
        </w:tc>
      </w:tr>
      <w:tr w:rsidR="00BD605F" w14:paraId="4ECBC8B2" w14:textId="77777777" w:rsidTr="008D5021">
        <w:trPr>
          <w:cantSplit/>
          <w:trHeight w:val="2684"/>
          <w:jc w:val="center"/>
        </w:trPr>
        <w:tc>
          <w:tcPr>
            <w:tcW w:w="2592" w:type="dxa"/>
            <w:shd w:val="clear" w:color="auto" w:fill="EEF5FB"/>
            <w:tcMar>
              <w:top w:w="70" w:type="dxa"/>
              <w:left w:w="80" w:type="dxa"/>
              <w:bottom w:w="70" w:type="dxa"/>
              <w:right w:w="80" w:type="dxa"/>
            </w:tcMar>
          </w:tcPr>
          <w:p w14:paraId="326FD27E"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lastRenderedPageBreak/>
              <w:t>6. 瞭解數位環境中存在的風險及威脅，並以適當的措施保護個人資料及使用裝置之安全。</w:t>
            </w:r>
          </w:p>
        </w:tc>
        <w:tc>
          <w:tcPr>
            <w:tcW w:w="3096" w:type="dxa"/>
            <w:tcMar>
              <w:top w:w="70" w:type="dxa"/>
              <w:left w:w="80" w:type="dxa"/>
              <w:bottom w:w="70" w:type="dxa"/>
              <w:right w:w="80" w:type="dxa"/>
            </w:tcMar>
          </w:tcPr>
          <w:p w14:paraId="06EAE7F2"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7CD0DCEB"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73B81170"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7781EF71" w14:textId="77777777" w:rsidR="00BD605F" w:rsidRDefault="00BD605F">
            <w:pPr>
              <w:spacing w:line="252" w:lineRule="auto"/>
              <w:rPr>
                <w:rFonts w:ascii="微軟正黑體" w:eastAsia="微軟正黑體" w:hAnsi="微軟正黑體"/>
                <w:sz w:val="22"/>
                <w:lang w:eastAsia="zh-TW"/>
              </w:rPr>
            </w:pPr>
          </w:p>
        </w:tc>
      </w:tr>
      <w:tr w:rsidR="00BD605F" w14:paraId="44B1A0C8" w14:textId="77777777">
        <w:trPr>
          <w:cantSplit/>
          <w:trHeight w:val="3168"/>
          <w:jc w:val="center"/>
        </w:trPr>
        <w:tc>
          <w:tcPr>
            <w:tcW w:w="2592" w:type="dxa"/>
            <w:shd w:val="clear" w:color="auto" w:fill="EEF5FB"/>
            <w:tcMar>
              <w:top w:w="70" w:type="dxa"/>
              <w:left w:w="80" w:type="dxa"/>
              <w:bottom w:w="70" w:type="dxa"/>
              <w:right w:w="80" w:type="dxa"/>
            </w:tcMar>
          </w:tcPr>
          <w:p w14:paraId="7ADF3E3C"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t>7. 能夠透過使用資訊科技工具解決自己碰到的問題或找出相應的解決方法。</w:t>
            </w:r>
          </w:p>
        </w:tc>
        <w:tc>
          <w:tcPr>
            <w:tcW w:w="3096" w:type="dxa"/>
            <w:tcMar>
              <w:top w:w="70" w:type="dxa"/>
              <w:left w:w="80" w:type="dxa"/>
              <w:bottom w:w="70" w:type="dxa"/>
              <w:right w:w="80" w:type="dxa"/>
            </w:tcMar>
          </w:tcPr>
          <w:p w14:paraId="61638160"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41672A33"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2DCAB6B4"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54CFD881" w14:textId="77777777" w:rsidR="00BD605F" w:rsidRDefault="00BD605F">
            <w:pPr>
              <w:spacing w:line="252" w:lineRule="auto"/>
              <w:rPr>
                <w:rFonts w:ascii="微軟正黑體" w:eastAsia="微軟正黑體" w:hAnsi="微軟正黑體"/>
                <w:sz w:val="22"/>
                <w:lang w:eastAsia="zh-TW"/>
              </w:rPr>
            </w:pPr>
          </w:p>
        </w:tc>
      </w:tr>
      <w:tr w:rsidR="00BD605F" w14:paraId="4F53E407" w14:textId="77777777">
        <w:trPr>
          <w:cantSplit/>
          <w:trHeight w:val="3168"/>
          <w:jc w:val="center"/>
        </w:trPr>
        <w:tc>
          <w:tcPr>
            <w:tcW w:w="2592" w:type="dxa"/>
            <w:shd w:val="clear" w:color="auto" w:fill="EEF5FB"/>
            <w:tcMar>
              <w:top w:w="70" w:type="dxa"/>
              <w:left w:w="80" w:type="dxa"/>
              <w:bottom w:w="70" w:type="dxa"/>
              <w:right w:w="80" w:type="dxa"/>
            </w:tcMar>
          </w:tcPr>
          <w:p w14:paraId="6D720347"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color w:val="1F1F1F"/>
                <w:sz w:val="22"/>
                <w:lang w:eastAsia="zh-TW"/>
              </w:rPr>
              <w:lastRenderedPageBreak/>
              <w:t>8. 能將產業的相關知識與資訊科技工具結合，並應用在工作任務上。</w:t>
            </w:r>
          </w:p>
        </w:tc>
        <w:tc>
          <w:tcPr>
            <w:tcW w:w="3096" w:type="dxa"/>
            <w:tcMar>
              <w:top w:w="70" w:type="dxa"/>
              <w:left w:w="80" w:type="dxa"/>
              <w:bottom w:w="70" w:type="dxa"/>
              <w:right w:w="80" w:type="dxa"/>
            </w:tcMar>
          </w:tcPr>
          <w:p w14:paraId="49F4A6D7" w14:textId="77777777" w:rsidR="00BD605F" w:rsidRDefault="00BD605F">
            <w:pPr>
              <w:spacing w:line="252" w:lineRule="auto"/>
              <w:rPr>
                <w:rFonts w:ascii="微軟正黑體" w:eastAsia="微軟正黑體" w:hAnsi="微軟正黑體"/>
                <w:sz w:val="22"/>
                <w:lang w:eastAsia="zh-TW"/>
              </w:rPr>
            </w:pPr>
          </w:p>
        </w:tc>
        <w:tc>
          <w:tcPr>
            <w:tcW w:w="3816" w:type="dxa"/>
            <w:tcMar>
              <w:top w:w="70" w:type="dxa"/>
              <w:left w:w="80" w:type="dxa"/>
              <w:bottom w:w="70" w:type="dxa"/>
              <w:right w:w="80" w:type="dxa"/>
            </w:tcMar>
          </w:tcPr>
          <w:p w14:paraId="49B15D3F" w14:textId="77777777" w:rsidR="00BD605F" w:rsidRDefault="00BD605F">
            <w:pPr>
              <w:spacing w:line="252" w:lineRule="auto"/>
              <w:rPr>
                <w:rFonts w:ascii="微軟正黑體" w:eastAsia="微軟正黑體" w:hAnsi="微軟正黑體"/>
                <w:sz w:val="22"/>
                <w:lang w:eastAsia="zh-TW"/>
              </w:rPr>
            </w:pPr>
          </w:p>
        </w:tc>
        <w:tc>
          <w:tcPr>
            <w:tcW w:w="2880" w:type="dxa"/>
            <w:tcMar>
              <w:top w:w="70" w:type="dxa"/>
              <w:left w:w="80" w:type="dxa"/>
              <w:bottom w:w="70" w:type="dxa"/>
              <w:right w:w="80" w:type="dxa"/>
            </w:tcMar>
          </w:tcPr>
          <w:p w14:paraId="34531D3E" w14:textId="77777777" w:rsidR="00BD605F" w:rsidRDefault="00BD605F">
            <w:pPr>
              <w:spacing w:line="252" w:lineRule="auto"/>
              <w:rPr>
                <w:rFonts w:ascii="微軟正黑體" w:eastAsia="微軟正黑體" w:hAnsi="微軟正黑體"/>
                <w:sz w:val="22"/>
                <w:lang w:eastAsia="zh-TW"/>
              </w:rPr>
            </w:pPr>
          </w:p>
        </w:tc>
        <w:tc>
          <w:tcPr>
            <w:tcW w:w="3024" w:type="dxa"/>
            <w:tcMar>
              <w:top w:w="70" w:type="dxa"/>
              <w:left w:w="80" w:type="dxa"/>
              <w:bottom w:w="70" w:type="dxa"/>
              <w:right w:w="80" w:type="dxa"/>
            </w:tcMar>
          </w:tcPr>
          <w:p w14:paraId="7395A7D1" w14:textId="77777777" w:rsidR="00BD605F" w:rsidRDefault="00BD605F">
            <w:pPr>
              <w:spacing w:line="252" w:lineRule="auto"/>
              <w:rPr>
                <w:rFonts w:ascii="微軟正黑體" w:eastAsia="微軟正黑體" w:hAnsi="微軟正黑體"/>
                <w:sz w:val="22"/>
                <w:lang w:eastAsia="zh-TW"/>
              </w:rPr>
            </w:pPr>
          </w:p>
        </w:tc>
      </w:tr>
    </w:tbl>
    <w:tbl>
      <w:tblPr>
        <w:tblW w:w="0" w:type="auto"/>
        <w:jc w:val="center"/>
        <w:tblLook w:val="04A0" w:firstRow="1" w:lastRow="0" w:firstColumn="1" w:lastColumn="0" w:noHBand="0" w:noVBand="1"/>
      </w:tblPr>
      <w:tblGrid>
        <w:gridCol w:w="15478"/>
      </w:tblGrid>
      <w:tr w:rsidR="00BD605F" w14:paraId="53221769" w14:textId="77777777">
        <w:trPr>
          <w:cantSplit/>
          <w:jc w:val="center"/>
        </w:trPr>
        <w:tc>
          <w:tcPr>
            <w:tcW w:w="15478" w:type="dxa"/>
            <w:shd w:val="clear" w:color="auto" w:fill="FFF2CC"/>
            <w:tcMar>
              <w:top w:w="120" w:type="dxa"/>
              <w:left w:w="140" w:type="dxa"/>
              <w:bottom w:w="120" w:type="dxa"/>
              <w:right w:w="140" w:type="dxa"/>
            </w:tcMar>
          </w:tcPr>
          <w:p w14:paraId="605FB7FC" w14:textId="77777777" w:rsidR="00BD605F" w:rsidRDefault="00000000">
            <w:pPr>
              <w:spacing w:after="0"/>
              <w:rPr>
                <w:rFonts w:ascii="微軟正黑體" w:eastAsia="微軟正黑體" w:hAnsi="微軟正黑體"/>
                <w:sz w:val="22"/>
                <w:lang w:eastAsia="zh-TW"/>
              </w:rPr>
            </w:pPr>
            <w:r>
              <w:rPr>
                <w:rFonts w:ascii="微軟正黑體" w:eastAsia="微軟正黑體" w:hAnsi="微軟正黑體"/>
                <w:b/>
                <w:color w:val="2F5597"/>
                <w:sz w:val="22"/>
                <w:lang w:eastAsia="zh-TW"/>
              </w:rPr>
              <w:t>快速檢核：這一列是否有「對應成功」？</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先看「能力培養目標」是否真正在描述學生的能力，而不是只描述授課內容。</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再看「教學方法」是否真的提供學生練習該能力的機會。</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最後確認「評量工具／證據」是否能觀察到該項能力，而不只是評量學科知識。</w:t>
            </w:r>
          </w:p>
        </w:tc>
      </w:tr>
    </w:tbl>
    <w:p w14:paraId="5DE90151" w14:textId="77777777" w:rsidR="00BD605F" w:rsidRDefault="00000000">
      <w:pPr>
        <w:keepNext/>
        <w:pageBreakBefore/>
        <w:shd w:val="clear" w:color="auto" w:fill="D9EAF7"/>
        <w:spacing w:before="160" w:after="120"/>
        <w:rPr>
          <w:rFonts w:ascii="微軟正黑體" w:eastAsia="微軟正黑體" w:hAnsi="微軟正黑體"/>
          <w:lang w:eastAsia="zh-TW"/>
        </w:rPr>
      </w:pPr>
      <w:r>
        <w:rPr>
          <w:rFonts w:ascii="微軟正黑體" w:eastAsia="微軟正黑體" w:hAnsi="微軟正黑體"/>
          <w:b/>
          <w:color w:val="2F5597"/>
          <w:sz w:val="28"/>
          <w:lang w:eastAsia="zh-TW"/>
        </w:rPr>
        <w:lastRenderedPageBreak/>
        <w:t>參、實施規劃（16+2</w:t>
      </w:r>
      <w:proofErr w:type="gramStart"/>
      <w:r>
        <w:rPr>
          <w:rFonts w:ascii="微軟正黑體" w:eastAsia="微軟正黑體" w:hAnsi="微軟正黑體"/>
          <w:b/>
          <w:color w:val="2F5597"/>
          <w:sz w:val="28"/>
          <w:lang w:eastAsia="zh-TW"/>
        </w:rPr>
        <w:t>週</w:t>
      </w:r>
      <w:proofErr w:type="gramEnd"/>
      <w:r>
        <w:rPr>
          <w:rFonts w:ascii="微軟正黑體" w:eastAsia="微軟正黑體" w:hAnsi="微軟正黑體"/>
          <w:b/>
          <w:color w:val="2F5597"/>
          <w:sz w:val="28"/>
          <w:lang w:eastAsia="zh-TW"/>
        </w:rPr>
        <w:t>）</w:t>
      </w:r>
    </w:p>
    <w:tbl>
      <w:tblPr>
        <w:tblW w:w="0" w:type="auto"/>
        <w:jc w:val="center"/>
        <w:tblLook w:val="04A0" w:firstRow="1" w:lastRow="0" w:firstColumn="1" w:lastColumn="0" w:noHBand="0" w:noVBand="1"/>
      </w:tblPr>
      <w:tblGrid>
        <w:gridCol w:w="15478"/>
      </w:tblGrid>
      <w:tr w:rsidR="00BD605F" w14:paraId="2B9DFAE6" w14:textId="77777777">
        <w:trPr>
          <w:cantSplit/>
          <w:jc w:val="center"/>
        </w:trPr>
        <w:tc>
          <w:tcPr>
            <w:tcW w:w="15478" w:type="dxa"/>
            <w:shd w:val="clear" w:color="auto" w:fill="EEF5FB"/>
            <w:tcMar>
              <w:top w:w="120" w:type="dxa"/>
              <w:left w:w="140" w:type="dxa"/>
              <w:bottom w:w="120" w:type="dxa"/>
              <w:right w:w="140" w:type="dxa"/>
            </w:tcMar>
          </w:tcPr>
          <w:p w14:paraId="4EE46906" w14:textId="77777777" w:rsidR="00BD605F" w:rsidRDefault="00000000">
            <w:pPr>
              <w:spacing w:after="0"/>
              <w:rPr>
                <w:rFonts w:ascii="微軟正黑體" w:eastAsia="微軟正黑體" w:hAnsi="微軟正黑體"/>
                <w:sz w:val="22"/>
                <w:lang w:eastAsia="zh-TW"/>
              </w:rPr>
            </w:pPr>
            <w:r>
              <w:rPr>
                <w:rFonts w:ascii="微軟正黑體" w:eastAsia="微軟正黑體" w:hAnsi="微軟正黑體"/>
                <w:b/>
                <w:color w:val="2F5597"/>
                <w:sz w:val="22"/>
                <w:lang w:eastAsia="zh-TW"/>
              </w:rPr>
              <w:t>本區填寫方式</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維持本校16+2</w:t>
            </w:r>
            <w:proofErr w:type="gramStart"/>
            <w:r>
              <w:rPr>
                <w:rFonts w:ascii="微軟正黑體" w:eastAsia="微軟正黑體" w:hAnsi="微軟正黑體"/>
                <w:sz w:val="22"/>
                <w:lang w:eastAsia="zh-TW"/>
              </w:rPr>
              <w:t>週</w:t>
            </w:r>
            <w:proofErr w:type="gramEnd"/>
            <w:r>
              <w:rPr>
                <w:rFonts w:ascii="微軟正黑體" w:eastAsia="微軟正黑體" w:hAnsi="微軟正黑體"/>
                <w:sz w:val="22"/>
                <w:lang w:eastAsia="zh-TW"/>
              </w:rPr>
              <w:t>教學大綱格式。請讓本區的教學與評量方式，與「貳、教學與評量設計」相互呼應。</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最後一欄建議標示「主要UCAN職能＋內涵編號」，例如「資訊科技應用1、8」，可直接看出該</w:t>
            </w:r>
            <w:proofErr w:type="gramStart"/>
            <w:r>
              <w:rPr>
                <w:rFonts w:ascii="微軟正黑體" w:eastAsia="微軟正黑體" w:hAnsi="微軟正黑體"/>
                <w:sz w:val="22"/>
                <w:lang w:eastAsia="zh-TW"/>
              </w:rPr>
              <w:t>週</w:t>
            </w:r>
            <w:proofErr w:type="gramEnd"/>
            <w:r>
              <w:rPr>
                <w:rFonts w:ascii="微軟正黑體" w:eastAsia="微軟正黑體" w:hAnsi="微軟正黑體"/>
                <w:sz w:val="22"/>
                <w:lang w:eastAsia="zh-TW"/>
              </w:rPr>
              <w:t>培養的是哪一項具體能力。</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無直接對應主要職能的</w:t>
            </w:r>
            <w:proofErr w:type="gramStart"/>
            <w:r>
              <w:rPr>
                <w:rFonts w:ascii="微軟正黑體" w:eastAsia="微軟正黑體" w:hAnsi="微軟正黑體"/>
                <w:sz w:val="22"/>
                <w:lang w:eastAsia="zh-TW"/>
              </w:rPr>
              <w:t>週</w:t>
            </w:r>
            <w:proofErr w:type="gramEnd"/>
            <w:r>
              <w:rPr>
                <w:rFonts w:ascii="微軟正黑體" w:eastAsia="微軟正黑體" w:hAnsi="微軟正黑體"/>
                <w:sz w:val="22"/>
                <w:lang w:eastAsia="zh-TW"/>
              </w:rPr>
              <w:t>次可留白；如同時涉及其他UCAN職能，可依實際需要另行註記。</w:t>
            </w:r>
          </w:p>
        </w:tc>
      </w:tr>
    </w:tbl>
    <w:tbl>
      <w:tblPr>
        <w:tblStyle w:val="aff2"/>
        <w:tblW w:w="0" w:type="auto"/>
        <w:jc w:val="center"/>
        <w:tblLook w:val="04A0" w:firstRow="1" w:lastRow="0" w:firstColumn="1" w:lastColumn="0" w:noHBand="0" w:noVBand="1"/>
      </w:tblPr>
      <w:tblGrid>
        <w:gridCol w:w="2376"/>
        <w:gridCol w:w="5112"/>
        <w:gridCol w:w="2430"/>
        <w:gridCol w:w="5202"/>
      </w:tblGrid>
      <w:tr w:rsidR="00BD605F" w14:paraId="35C2F751" w14:textId="77777777" w:rsidTr="00A24EBD">
        <w:trPr>
          <w:cantSplit/>
          <w:jc w:val="center"/>
        </w:trPr>
        <w:tc>
          <w:tcPr>
            <w:tcW w:w="2376" w:type="dxa"/>
            <w:shd w:val="clear" w:color="auto" w:fill="2F5597"/>
            <w:tcMar>
              <w:top w:w="70" w:type="dxa"/>
              <w:left w:w="80" w:type="dxa"/>
              <w:bottom w:w="70" w:type="dxa"/>
              <w:right w:w="80" w:type="dxa"/>
            </w:tcMar>
            <w:vAlign w:val="center"/>
          </w:tcPr>
          <w:p w14:paraId="66AF1CB9"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授課教師</w:t>
            </w:r>
            <w:proofErr w:type="spellEnd"/>
          </w:p>
        </w:tc>
        <w:tc>
          <w:tcPr>
            <w:tcW w:w="5112" w:type="dxa"/>
            <w:tcMar>
              <w:top w:w="70" w:type="dxa"/>
              <w:left w:w="80" w:type="dxa"/>
              <w:bottom w:w="70" w:type="dxa"/>
              <w:right w:w="80" w:type="dxa"/>
            </w:tcMar>
            <w:vAlign w:val="center"/>
          </w:tcPr>
          <w:p w14:paraId="66EDD6DF" w14:textId="77777777" w:rsidR="00BD605F" w:rsidRDefault="00BD605F">
            <w:pPr>
              <w:spacing w:line="252" w:lineRule="auto"/>
              <w:rPr>
                <w:rFonts w:ascii="微軟正黑體" w:eastAsia="微軟正黑體" w:hAnsi="微軟正黑體"/>
                <w:sz w:val="22"/>
              </w:rPr>
            </w:pPr>
          </w:p>
        </w:tc>
        <w:tc>
          <w:tcPr>
            <w:tcW w:w="2430" w:type="dxa"/>
            <w:shd w:val="clear" w:color="auto" w:fill="2F5597"/>
            <w:tcMar>
              <w:top w:w="70" w:type="dxa"/>
              <w:left w:w="80" w:type="dxa"/>
              <w:bottom w:w="70" w:type="dxa"/>
              <w:right w:w="80" w:type="dxa"/>
            </w:tcMar>
            <w:vAlign w:val="center"/>
          </w:tcPr>
          <w:p w14:paraId="4D5917E8"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課程名稱</w:t>
            </w:r>
            <w:proofErr w:type="spellEnd"/>
          </w:p>
        </w:tc>
        <w:tc>
          <w:tcPr>
            <w:tcW w:w="5202" w:type="dxa"/>
            <w:tcMar>
              <w:top w:w="70" w:type="dxa"/>
              <w:left w:w="80" w:type="dxa"/>
              <w:bottom w:w="70" w:type="dxa"/>
              <w:right w:w="80" w:type="dxa"/>
            </w:tcMar>
            <w:vAlign w:val="center"/>
          </w:tcPr>
          <w:p w14:paraId="6DF6F286" w14:textId="77777777" w:rsidR="00BD605F" w:rsidRDefault="00BD605F">
            <w:pPr>
              <w:spacing w:line="252" w:lineRule="auto"/>
              <w:rPr>
                <w:rFonts w:ascii="微軟正黑體" w:eastAsia="微軟正黑體" w:hAnsi="微軟正黑體"/>
                <w:sz w:val="22"/>
              </w:rPr>
            </w:pPr>
          </w:p>
        </w:tc>
      </w:tr>
      <w:tr w:rsidR="00BD605F" w14:paraId="72952D6A" w14:textId="77777777" w:rsidTr="00A24EBD">
        <w:trPr>
          <w:cantSplit/>
          <w:jc w:val="center"/>
        </w:trPr>
        <w:tc>
          <w:tcPr>
            <w:tcW w:w="2376" w:type="dxa"/>
            <w:shd w:val="clear" w:color="auto" w:fill="2F5597"/>
            <w:tcMar>
              <w:top w:w="70" w:type="dxa"/>
              <w:left w:w="80" w:type="dxa"/>
              <w:bottom w:w="70" w:type="dxa"/>
              <w:right w:w="80" w:type="dxa"/>
            </w:tcMar>
            <w:vAlign w:val="center"/>
          </w:tcPr>
          <w:p w14:paraId="1396A2FD"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開課班級</w:t>
            </w:r>
            <w:proofErr w:type="spellEnd"/>
          </w:p>
        </w:tc>
        <w:tc>
          <w:tcPr>
            <w:tcW w:w="5112" w:type="dxa"/>
            <w:tcMar>
              <w:top w:w="70" w:type="dxa"/>
              <w:left w:w="80" w:type="dxa"/>
              <w:bottom w:w="70" w:type="dxa"/>
              <w:right w:w="80" w:type="dxa"/>
            </w:tcMar>
            <w:vAlign w:val="center"/>
          </w:tcPr>
          <w:p w14:paraId="14F77F1B" w14:textId="77777777" w:rsidR="00BD605F" w:rsidRDefault="00BD605F">
            <w:pPr>
              <w:spacing w:line="252" w:lineRule="auto"/>
              <w:rPr>
                <w:rFonts w:ascii="微軟正黑體" w:eastAsia="微軟正黑體" w:hAnsi="微軟正黑體"/>
                <w:sz w:val="22"/>
                <w:lang w:eastAsia="zh-TW"/>
              </w:rPr>
            </w:pPr>
          </w:p>
        </w:tc>
        <w:tc>
          <w:tcPr>
            <w:tcW w:w="2430" w:type="dxa"/>
            <w:shd w:val="clear" w:color="auto" w:fill="2F5597"/>
            <w:tcMar>
              <w:top w:w="70" w:type="dxa"/>
              <w:left w:w="80" w:type="dxa"/>
              <w:bottom w:w="70" w:type="dxa"/>
              <w:right w:w="80" w:type="dxa"/>
            </w:tcMar>
            <w:vAlign w:val="center"/>
          </w:tcPr>
          <w:p w14:paraId="75D3F550"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科目代碼</w:t>
            </w:r>
            <w:proofErr w:type="spellEnd"/>
          </w:p>
        </w:tc>
        <w:tc>
          <w:tcPr>
            <w:tcW w:w="5202" w:type="dxa"/>
            <w:tcMar>
              <w:top w:w="70" w:type="dxa"/>
              <w:left w:w="80" w:type="dxa"/>
              <w:bottom w:w="70" w:type="dxa"/>
              <w:right w:w="80" w:type="dxa"/>
            </w:tcMar>
            <w:vAlign w:val="center"/>
          </w:tcPr>
          <w:p w14:paraId="5F76FB57" w14:textId="77777777" w:rsidR="00BD605F" w:rsidRDefault="00BD605F">
            <w:pPr>
              <w:spacing w:line="252" w:lineRule="auto"/>
              <w:rPr>
                <w:rFonts w:ascii="微軟正黑體" w:eastAsia="微軟正黑體" w:hAnsi="微軟正黑體"/>
                <w:sz w:val="22"/>
              </w:rPr>
            </w:pPr>
          </w:p>
        </w:tc>
      </w:tr>
      <w:tr w:rsidR="00BD605F" w14:paraId="3CD23702" w14:textId="77777777" w:rsidTr="00A24EBD">
        <w:trPr>
          <w:cantSplit/>
          <w:jc w:val="center"/>
        </w:trPr>
        <w:tc>
          <w:tcPr>
            <w:tcW w:w="2376" w:type="dxa"/>
            <w:shd w:val="clear" w:color="auto" w:fill="2F5597"/>
            <w:tcMar>
              <w:top w:w="70" w:type="dxa"/>
              <w:left w:w="80" w:type="dxa"/>
              <w:bottom w:w="70" w:type="dxa"/>
              <w:right w:w="80" w:type="dxa"/>
            </w:tcMar>
            <w:vAlign w:val="center"/>
          </w:tcPr>
          <w:p w14:paraId="5FFC4287"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課程屬性</w:t>
            </w:r>
            <w:proofErr w:type="spellEnd"/>
          </w:p>
        </w:tc>
        <w:tc>
          <w:tcPr>
            <w:tcW w:w="5112" w:type="dxa"/>
            <w:tcMar>
              <w:top w:w="70" w:type="dxa"/>
              <w:left w:w="80" w:type="dxa"/>
              <w:bottom w:w="70" w:type="dxa"/>
              <w:right w:w="80" w:type="dxa"/>
            </w:tcMar>
            <w:vAlign w:val="center"/>
          </w:tcPr>
          <w:p w14:paraId="6B911B2B" w14:textId="77777777" w:rsidR="00BD605F" w:rsidRPr="00615948" w:rsidRDefault="00000000">
            <w:pPr>
              <w:spacing w:line="252" w:lineRule="auto"/>
              <w:rPr>
                <w:rFonts w:ascii="微軟正黑體" w:eastAsia="微軟正黑體" w:hAnsi="微軟正黑體"/>
                <w:sz w:val="22"/>
              </w:rPr>
            </w:pPr>
            <w:r w:rsidRPr="00615948">
              <w:rPr>
                <w:rFonts w:ascii="標楷體" w:eastAsia="標楷體" w:hAnsi="標楷體"/>
              </w:rPr>
              <w:t xml:space="preserve">□ </w:t>
            </w:r>
            <w:proofErr w:type="spellStart"/>
            <w:r w:rsidRPr="00615948">
              <w:rPr>
                <w:rFonts w:ascii="微軟正黑體" w:eastAsia="微軟正黑體" w:hAnsi="微軟正黑體"/>
              </w:rPr>
              <w:t>必修</w:t>
            </w:r>
            <w:proofErr w:type="spellEnd"/>
            <w:r w:rsidRPr="00615948">
              <w:rPr>
                <w:rFonts w:ascii="微軟正黑體" w:eastAsia="微軟正黑體" w:hAnsi="微軟正黑體"/>
              </w:rPr>
              <w:t xml:space="preserve">　</w:t>
            </w:r>
            <w:r w:rsidRPr="00615948">
              <w:rPr>
                <w:rFonts w:ascii="標楷體" w:eastAsia="標楷體" w:hAnsi="標楷體"/>
              </w:rPr>
              <w:t>□</w:t>
            </w:r>
            <w:r w:rsidRPr="00615948">
              <w:rPr>
                <w:rFonts w:ascii="微軟正黑體" w:eastAsia="微軟正黑體" w:hAnsi="微軟正黑體"/>
              </w:rPr>
              <w:t xml:space="preserve"> </w:t>
            </w:r>
            <w:proofErr w:type="spellStart"/>
            <w:r w:rsidRPr="00615948">
              <w:rPr>
                <w:rFonts w:ascii="微軟正黑體" w:eastAsia="微軟正黑體" w:hAnsi="微軟正黑體"/>
              </w:rPr>
              <w:t>選修</w:t>
            </w:r>
            <w:proofErr w:type="spellEnd"/>
          </w:p>
        </w:tc>
        <w:tc>
          <w:tcPr>
            <w:tcW w:w="2430" w:type="dxa"/>
            <w:shd w:val="clear" w:color="auto" w:fill="2F5597"/>
            <w:tcMar>
              <w:top w:w="70" w:type="dxa"/>
              <w:left w:w="80" w:type="dxa"/>
              <w:bottom w:w="70" w:type="dxa"/>
              <w:right w:w="80" w:type="dxa"/>
            </w:tcMar>
            <w:vAlign w:val="center"/>
          </w:tcPr>
          <w:p w14:paraId="38CC3091"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學分數／時數</w:t>
            </w:r>
            <w:proofErr w:type="spellEnd"/>
          </w:p>
        </w:tc>
        <w:tc>
          <w:tcPr>
            <w:tcW w:w="5202" w:type="dxa"/>
            <w:tcMar>
              <w:top w:w="70" w:type="dxa"/>
              <w:left w:w="80" w:type="dxa"/>
              <w:bottom w:w="70" w:type="dxa"/>
              <w:right w:w="80" w:type="dxa"/>
            </w:tcMar>
            <w:vAlign w:val="center"/>
          </w:tcPr>
          <w:p w14:paraId="0C6FEC8B" w14:textId="77777777" w:rsidR="00BD605F" w:rsidRDefault="00BD605F">
            <w:pPr>
              <w:spacing w:line="252" w:lineRule="auto"/>
              <w:rPr>
                <w:rFonts w:ascii="微軟正黑體" w:eastAsia="微軟正黑體" w:hAnsi="微軟正黑體"/>
                <w:sz w:val="22"/>
              </w:rPr>
            </w:pPr>
          </w:p>
        </w:tc>
      </w:tr>
      <w:tr w:rsidR="00BD605F" w14:paraId="430BE463" w14:textId="77777777" w:rsidTr="00A24EBD">
        <w:trPr>
          <w:cantSplit/>
          <w:jc w:val="center"/>
        </w:trPr>
        <w:tc>
          <w:tcPr>
            <w:tcW w:w="2376" w:type="dxa"/>
            <w:shd w:val="clear" w:color="auto" w:fill="2F5597"/>
            <w:tcMar>
              <w:top w:w="70" w:type="dxa"/>
              <w:left w:w="80" w:type="dxa"/>
              <w:bottom w:w="70" w:type="dxa"/>
              <w:right w:w="80" w:type="dxa"/>
            </w:tcMar>
            <w:vAlign w:val="center"/>
          </w:tcPr>
          <w:p w14:paraId="67952F80"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本科目對應的所有UCAN共通職能</w:t>
            </w:r>
          </w:p>
        </w:tc>
        <w:tc>
          <w:tcPr>
            <w:tcW w:w="12744" w:type="dxa"/>
            <w:gridSpan w:val="3"/>
            <w:tcMar>
              <w:top w:w="70" w:type="dxa"/>
              <w:left w:w="80" w:type="dxa"/>
              <w:bottom w:w="70" w:type="dxa"/>
              <w:right w:w="80" w:type="dxa"/>
            </w:tcMar>
            <w:vAlign w:val="center"/>
          </w:tcPr>
          <w:p w14:paraId="614C314B" w14:textId="03AEE7A1" w:rsidR="00BD605F" w:rsidRPr="006774A7" w:rsidRDefault="00000000">
            <w:pPr>
              <w:spacing w:line="252" w:lineRule="auto"/>
              <w:rPr>
                <w:rFonts w:ascii="微軟正黑體" w:eastAsia="微軟正黑體" w:hAnsi="微軟正黑體"/>
                <w:sz w:val="22"/>
                <w:lang w:eastAsia="zh-TW"/>
              </w:rPr>
            </w:pPr>
            <w:r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溝通表達　</w:t>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持續學習　</w:t>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人際互動　</w:t>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團隊合作</w:t>
            </w:r>
            <w:r w:rsidRPr="006774A7">
              <w:rPr>
                <w:rFonts w:ascii="微軟正黑體" w:eastAsia="微軟正黑體" w:hAnsi="微軟正黑體"/>
                <w:b/>
                <w:color w:val="2F5597"/>
                <w:sz w:val="22"/>
                <w:lang w:eastAsia="zh-TW"/>
              </w:rPr>
              <w:br/>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問題解決　</w:t>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創新　</w:t>
            </w:r>
            <w:r w:rsidR="006774A7"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工作責任及紀律　</w:t>
            </w:r>
            <w:r w:rsidRPr="006774A7">
              <w:rPr>
                <w:rFonts w:ascii="標楷體" w:eastAsia="標楷體" w:hAnsi="標楷體"/>
                <w:b/>
                <w:color w:val="2F5597"/>
                <w:sz w:val="22"/>
                <w:lang w:eastAsia="zh-TW"/>
              </w:rPr>
              <w:t>■</w:t>
            </w:r>
            <w:r w:rsidRPr="006774A7">
              <w:rPr>
                <w:rFonts w:ascii="微軟正黑體" w:eastAsia="微軟正黑體" w:hAnsi="微軟正黑體"/>
                <w:b/>
                <w:color w:val="2F5597"/>
                <w:sz w:val="22"/>
                <w:lang w:eastAsia="zh-TW"/>
              </w:rPr>
              <w:t xml:space="preserve"> 資訊科技應用</w:t>
            </w:r>
          </w:p>
        </w:tc>
      </w:tr>
    </w:tbl>
    <w:tbl>
      <w:tblPr>
        <w:tblW w:w="15136" w:type="dxa"/>
        <w:jc w:val="center"/>
        <w:tblLayout w:type="fixed"/>
        <w:tblLook w:val="04A0" w:firstRow="1" w:lastRow="0" w:firstColumn="1" w:lastColumn="0" w:noHBand="0" w:noVBand="1"/>
      </w:tblPr>
      <w:tblGrid>
        <w:gridCol w:w="2385"/>
        <w:gridCol w:w="5095"/>
        <w:gridCol w:w="2420"/>
        <w:gridCol w:w="5236"/>
      </w:tblGrid>
      <w:tr w:rsidR="00740E46" w14:paraId="696B50FF" w14:textId="77777777" w:rsidTr="00A24EBD">
        <w:trPr>
          <w:cantSplit/>
          <w:jc w:val="center"/>
        </w:trPr>
        <w:tc>
          <w:tcPr>
            <w:tcW w:w="2385"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3A457126" w14:textId="77777777" w:rsidR="00740E46" w:rsidRDefault="00000000">
            <w:pPr>
              <w:spacing w:after="0" w:line="240" w:lineRule="auto"/>
              <w:jc w:val="center"/>
            </w:pPr>
            <w:r>
              <w:rPr>
                <w:rFonts w:ascii="微軟正黑體" w:eastAsia="微軟正黑體" w:hAnsi="微軟正黑體"/>
                <w:b/>
                <w:color w:val="FFFFFF"/>
                <w:sz w:val="22"/>
              </w:rPr>
              <w:t xml:space="preserve">1 </w:t>
            </w:r>
            <w:proofErr w:type="spellStart"/>
            <w:r>
              <w:rPr>
                <w:rFonts w:ascii="微軟正黑體" w:eastAsia="微軟正黑體" w:hAnsi="微軟正黑體"/>
                <w:b/>
                <w:color w:val="FFFFFF"/>
                <w:sz w:val="22"/>
              </w:rPr>
              <w:t>工具選擇</w:t>
            </w:r>
            <w:proofErr w:type="spellEnd"/>
          </w:p>
        </w:tc>
        <w:tc>
          <w:tcPr>
            <w:tcW w:w="5095"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151287B6" w14:textId="77777777" w:rsidR="00740E46" w:rsidRDefault="00000000">
            <w:pPr>
              <w:spacing w:after="0" w:line="240" w:lineRule="auto"/>
              <w:rPr>
                <w:lang w:eastAsia="zh-TW"/>
              </w:rPr>
            </w:pPr>
            <w:r>
              <w:rPr>
                <w:rFonts w:ascii="微軟正黑體" w:eastAsia="微軟正黑體" w:hAnsi="微軟正黑體"/>
                <w:color w:val="1F1F1F"/>
                <w:sz w:val="22"/>
                <w:lang w:eastAsia="zh-TW"/>
              </w:rPr>
              <w:t>依情境選用資訊科技工具</w:t>
            </w:r>
          </w:p>
        </w:tc>
        <w:tc>
          <w:tcPr>
            <w:tcW w:w="2420"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02ED20D8" w14:textId="77777777" w:rsidR="00740E46" w:rsidRDefault="00000000">
            <w:pPr>
              <w:spacing w:after="0" w:line="240" w:lineRule="auto"/>
              <w:jc w:val="center"/>
            </w:pPr>
            <w:r>
              <w:rPr>
                <w:rFonts w:ascii="微軟正黑體" w:eastAsia="微軟正黑體" w:hAnsi="微軟正黑體"/>
                <w:b/>
                <w:color w:val="FFFFFF"/>
                <w:sz w:val="22"/>
              </w:rPr>
              <w:t xml:space="preserve">2 </w:t>
            </w:r>
            <w:proofErr w:type="spellStart"/>
            <w:r>
              <w:rPr>
                <w:rFonts w:ascii="微軟正黑體" w:eastAsia="微軟正黑體" w:hAnsi="微軟正黑體"/>
                <w:b/>
                <w:color w:val="FFFFFF"/>
                <w:sz w:val="22"/>
              </w:rPr>
              <w:t>資訊檢索</w:t>
            </w:r>
            <w:proofErr w:type="spellEnd"/>
          </w:p>
        </w:tc>
        <w:tc>
          <w:tcPr>
            <w:tcW w:w="5236"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5E11BC22" w14:textId="77777777" w:rsidR="00740E46" w:rsidRDefault="00000000">
            <w:pPr>
              <w:spacing w:after="0" w:line="240" w:lineRule="auto"/>
              <w:rPr>
                <w:lang w:eastAsia="zh-TW"/>
              </w:rPr>
            </w:pPr>
            <w:r>
              <w:rPr>
                <w:rFonts w:ascii="微軟正黑體" w:eastAsia="微軟正黑體" w:hAnsi="微軟正黑體"/>
                <w:color w:val="1F1F1F"/>
                <w:sz w:val="22"/>
                <w:lang w:eastAsia="zh-TW"/>
              </w:rPr>
              <w:t>篩選、管理、儲存及分析資料</w:t>
            </w:r>
          </w:p>
        </w:tc>
      </w:tr>
      <w:tr w:rsidR="00740E46" w14:paraId="5CC4642A" w14:textId="77777777" w:rsidTr="00A24EBD">
        <w:trPr>
          <w:cantSplit/>
          <w:jc w:val="center"/>
        </w:trPr>
        <w:tc>
          <w:tcPr>
            <w:tcW w:w="2385"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550F4604" w14:textId="77777777" w:rsidR="00740E46" w:rsidRDefault="00000000">
            <w:pPr>
              <w:spacing w:after="0" w:line="240" w:lineRule="auto"/>
              <w:jc w:val="center"/>
            </w:pPr>
            <w:r>
              <w:rPr>
                <w:rFonts w:ascii="微軟正黑體" w:eastAsia="微軟正黑體" w:hAnsi="微軟正黑體"/>
                <w:b/>
                <w:color w:val="FFFFFF"/>
                <w:sz w:val="22"/>
              </w:rPr>
              <w:t xml:space="preserve">3 </w:t>
            </w:r>
            <w:proofErr w:type="spellStart"/>
            <w:r>
              <w:rPr>
                <w:rFonts w:ascii="微軟正黑體" w:eastAsia="微軟正黑體" w:hAnsi="微軟正黑體"/>
                <w:b/>
                <w:color w:val="FFFFFF"/>
                <w:sz w:val="22"/>
              </w:rPr>
              <w:t>數位內容</w:t>
            </w:r>
            <w:proofErr w:type="spellEnd"/>
          </w:p>
        </w:tc>
        <w:tc>
          <w:tcPr>
            <w:tcW w:w="5095"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45FDD933" w14:textId="77777777" w:rsidR="00740E46" w:rsidRDefault="00000000">
            <w:pPr>
              <w:spacing w:after="0" w:line="240" w:lineRule="auto"/>
              <w:rPr>
                <w:lang w:eastAsia="zh-TW"/>
              </w:rPr>
            </w:pPr>
            <w:r>
              <w:rPr>
                <w:rFonts w:ascii="微軟正黑體" w:eastAsia="微軟正黑體" w:hAnsi="微軟正黑體"/>
                <w:color w:val="1F1F1F"/>
                <w:sz w:val="22"/>
                <w:lang w:eastAsia="zh-TW"/>
              </w:rPr>
              <w:t>運用資訊科技工具產出數位內容</w:t>
            </w:r>
          </w:p>
        </w:tc>
        <w:tc>
          <w:tcPr>
            <w:tcW w:w="2420"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368259E3" w14:textId="77777777" w:rsidR="00740E46" w:rsidRDefault="00000000">
            <w:pPr>
              <w:spacing w:after="0" w:line="240" w:lineRule="auto"/>
              <w:jc w:val="center"/>
            </w:pPr>
            <w:r>
              <w:rPr>
                <w:rFonts w:ascii="微軟正黑體" w:eastAsia="微軟正黑體" w:hAnsi="微軟正黑體"/>
                <w:b/>
                <w:color w:val="FFFFFF"/>
                <w:sz w:val="22"/>
              </w:rPr>
              <w:t xml:space="preserve">4 </w:t>
            </w:r>
            <w:proofErr w:type="spellStart"/>
            <w:r>
              <w:rPr>
                <w:rFonts w:ascii="微軟正黑體" w:eastAsia="微軟正黑體" w:hAnsi="微軟正黑體"/>
                <w:b/>
                <w:color w:val="FFFFFF"/>
                <w:sz w:val="22"/>
              </w:rPr>
              <w:t>數位溝通</w:t>
            </w:r>
            <w:proofErr w:type="spellEnd"/>
          </w:p>
        </w:tc>
        <w:tc>
          <w:tcPr>
            <w:tcW w:w="5236"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41BF2392" w14:textId="77777777" w:rsidR="00740E46" w:rsidRDefault="00000000">
            <w:pPr>
              <w:spacing w:after="0" w:line="240" w:lineRule="auto"/>
              <w:rPr>
                <w:lang w:eastAsia="zh-TW"/>
              </w:rPr>
            </w:pPr>
            <w:r>
              <w:rPr>
                <w:rFonts w:ascii="微軟正黑體" w:eastAsia="微軟正黑體" w:hAnsi="微軟正黑體"/>
                <w:color w:val="1F1F1F"/>
                <w:sz w:val="22"/>
                <w:lang w:eastAsia="zh-TW"/>
              </w:rPr>
              <w:t>選用適切工具與他人溝通互動</w:t>
            </w:r>
          </w:p>
        </w:tc>
      </w:tr>
      <w:tr w:rsidR="00740E46" w14:paraId="263B9E36" w14:textId="77777777" w:rsidTr="00A24EBD">
        <w:trPr>
          <w:cantSplit/>
          <w:jc w:val="center"/>
        </w:trPr>
        <w:tc>
          <w:tcPr>
            <w:tcW w:w="2385"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75438E13" w14:textId="77777777" w:rsidR="00740E46" w:rsidRDefault="00000000">
            <w:pPr>
              <w:spacing w:after="0" w:line="240" w:lineRule="auto"/>
              <w:jc w:val="center"/>
            </w:pPr>
            <w:r>
              <w:rPr>
                <w:rFonts w:ascii="微軟正黑體" w:eastAsia="微軟正黑體" w:hAnsi="微軟正黑體"/>
                <w:b/>
                <w:color w:val="FFFFFF"/>
                <w:sz w:val="22"/>
              </w:rPr>
              <w:t xml:space="preserve">5 </w:t>
            </w:r>
            <w:proofErr w:type="spellStart"/>
            <w:r>
              <w:rPr>
                <w:rFonts w:ascii="微軟正黑體" w:eastAsia="微軟正黑體" w:hAnsi="微軟正黑體"/>
                <w:b/>
                <w:color w:val="FFFFFF"/>
                <w:sz w:val="22"/>
              </w:rPr>
              <w:t>版權授權</w:t>
            </w:r>
            <w:proofErr w:type="spellEnd"/>
          </w:p>
        </w:tc>
        <w:tc>
          <w:tcPr>
            <w:tcW w:w="5095"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3BAE618B" w14:textId="77777777" w:rsidR="00740E46" w:rsidRDefault="00000000">
            <w:pPr>
              <w:spacing w:after="0" w:line="240" w:lineRule="auto"/>
              <w:rPr>
                <w:lang w:eastAsia="zh-TW"/>
              </w:rPr>
            </w:pPr>
            <w:r>
              <w:rPr>
                <w:rFonts w:ascii="微軟正黑體" w:eastAsia="微軟正黑體" w:hAnsi="微軟正黑體"/>
                <w:color w:val="1F1F1F"/>
                <w:sz w:val="22"/>
                <w:lang w:eastAsia="zh-TW"/>
              </w:rPr>
              <w:t>理解資訊／數位內容版權與授權規範</w:t>
            </w:r>
          </w:p>
        </w:tc>
        <w:tc>
          <w:tcPr>
            <w:tcW w:w="2420"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2BE0E80A" w14:textId="77777777" w:rsidR="00740E46" w:rsidRDefault="00000000">
            <w:pPr>
              <w:spacing w:after="0" w:line="240" w:lineRule="auto"/>
              <w:jc w:val="center"/>
            </w:pPr>
            <w:r>
              <w:rPr>
                <w:rFonts w:ascii="微軟正黑體" w:eastAsia="微軟正黑體" w:hAnsi="微軟正黑體"/>
                <w:b/>
                <w:color w:val="FFFFFF"/>
                <w:sz w:val="22"/>
              </w:rPr>
              <w:t xml:space="preserve">6 </w:t>
            </w:r>
            <w:proofErr w:type="spellStart"/>
            <w:r>
              <w:rPr>
                <w:rFonts w:ascii="微軟正黑體" w:eastAsia="微軟正黑體" w:hAnsi="微軟正黑體"/>
                <w:b/>
                <w:color w:val="FFFFFF"/>
                <w:sz w:val="22"/>
              </w:rPr>
              <w:t>安全防護</w:t>
            </w:r>
            <w:proofErr w:type="spellEnd"/>
          </w:p>
        </w:tc>
        <w:tc>
          <w:tcPr>
            <w:tcW w:w="5236"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6E32999A" w14:textId="77777777" w:rsidR="00740E46" w:rsidRDefault="00000000">
            <w:pPr>
              <w:spacing w:after="0" w:line="240" w:lineRule="auto"/>
              <w:rPr>
                <w:lang w:eastAsia="zh-TW"/>
              </w:rPr>
            </w:pPr>
            <w:r>
              <w:rPr>
                <w:rFonts w:ascii="微軟正黑體" w:eastAsia="微軟正黑體" w:hAnsi="微軟正黑體"/>
                <w:color w:val="1F1F1F"/>
                <w:sz w:val="22"/>
                <w:lang w:eastAsia="zh-TW"/>
              </w:rPr>
              <w:t>辨識數位風險並保護個資與裝置安全</w:t>
            </w:r>
          </w:p>
        </w:tc>
      </w:tr>
      <w:tr w:rsidR="00740E46" w14:paraId="6CF50428" w14:textId="77777777" w:rsidTr="00A24EBD">
        <w:trPr>
          <w:cantSplit/>
          <w:jc w:val="center"/>
        </w:trPr>
        <w:tc>
          <w:tcPr>
            <w:tcW w:w="2385"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58313B6F" w14:textId="77777777" w:rsidR="00740E46" w:rsidRDefault="00000000">
            <w:pPr>
              <w:spacing w:after="0" w:line="240" w:lineRule="auto"/>
              <w:jc w:val="center"/>
            </w:pPr>
            <w:r>
              <w:rPr>
                <w:rFonts w:ascii="微軟正黑體" w:eastAsia="微軟正黑體" w:hAnsi="微軟正黑體"/>
                <w:b/>
                <w:color w:val="FFFFFF"/>
                <w:sz w:val="22"/>
              </w:rPr>
              <w:t xml:space="preserve">7 </w:t>
            </w:r>
            <w:proofErr w:type="spellStart"/>
            <w:r>
              <w:rPr>
                <w:rFonts w:ascii="微軟正黑體" w:eastAsia="微軟正黑體" w:hAnsi="微軟正黑體"/>
                <w:b/>
                <w:color w:val="FFFFFF"/>
                <w:sz w:val="22"/>
              </w:rPr>
              <w:t>科技解題</w:t>
            </w:r>
            <w:proofErr w:type="spellEnd"/>
          </w:p>
        </w:tc>
        <w:tc>
          <w:tcPr>
            <w:tcW w:w="5095"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73C1E58A" w14:textId="77777777" w:rsidR="00740E46" w:rsidRDefault="00000000">
            <w:pPr>
              <w:spacing w:after="0" w:line="240" w:lineRule="auto"/>
              <w:rPr>
                <w:lang w:eastAsia="zh-TW"/>
              </w:rPr>
            </w:pPr>
            <w:r>
              <w:rPr>
                <w:rFonts w:ascii="微軟正黑體" w:eastAsia="微軟正黑體" w:hAnsi="微軟正黑體"/>
                <w:color w:val="1F1F1F"/>
                <w:sz w:val="22"/>
                <w:lang w:eastAsia="zh-TW"/>
              </w:rPr>
              <w:t>運用資訊科技工具解決問題</w:t>
            </w:r>
          </w:p>
        </w:tc>
        <w:tc>
          <w:tcPr>
            <w:tcW w:w="2420" w:type="dxa"/>
            <w:tcBorders>
              <w:top w:val="single" w:sz="4" w:space="0" w:color="000000"/>
              <w:left w:val="single" w:sz="4" w:space="0" w:color="000000"/>
              <w:bottom w:val="single" w:sz="4" w:space="0" w:color="000000"/>
              <w:right w:val="single" w:sz="4" w:space="0" w:color="000000"/>
            </w:tcBorders>
            <w:shd w:val="clear" w:color="auto" w:fill="2F5597"/>
            <w:tcMar>
              <w:top w:w="70" w:type="dxa"/>
              <w:left w:w="90" w:type="dxa"/>
              <w:bottom w:w="70" w:type="dxa"/>
              <w:right w:w="90" w:type="dxa"/>
            </w:tcMar>
            <w:vAlign w:val="center"/>
          </w:tcPr>
          <w:p w14:paraId="708FE5A0" w14:textId="77777777" w:rsidR="00740E46" w:rsidRDefault="00000000">
            <w:pPr>
              <w:spacing w:after="0" w:line="240" w:lineRule="auto"/>
              <w:jc w:val="center"/>
            </w:pPr>
            <w:r>
              <w:rPr>
                <w:rFonts w:ascii="微軟正黑體" w:eastAsia="微軟正黑體" w:hAnsi="微軟正黑體"/>
                <w:b/>
                <w:color w:val="FFFFFF"/>
                <w:sz w:val="22"/>
              </w:rPr>
              <w:t xml:space="preserve">8 </w:t>
            </w:r>
            <w:proofErr w:type="spellStart"/>
            <w:r>
              <w:rPr>
                <w:rFonts w:ascii="微軟正黑體" w:eastAsia="微軟正黑體" w:hAnsi="微軟正黑體"/>
                <w:b/>
                <w:color w:val="FFFFFF"/>
                <w:sz w:val="22"/>
              </w:rPr>
              <w:t>產業整合</w:t>
            </w:r>
            <w:proofErr w:type="spellEnd"/>
          </w:p>
        </w:tc>
        <w:tc>
          <w:tcPr>
            <w:tcW w:w="5236" w:type="dxa"/>
            <w:tcBorders>
              <w:top w:val="single" w:sz="4" w:space="0" w:color="000000"/>
              <w:left w:val="single" w:sz="4" w:space="0" w:color="000000"/>
              <w:bottom w:val="single" w:sz="4" w:space="0" w:color="000000"/>
              <w:right w:val="single" w:sz="4" w:space="0" w:color="000000"/>
            </w:tcBorders>
            <w:shd w:val="clear" w:color="auto" w:fill="EEF5FB"/>
            <w:tcMar>
              <w:top w:w="70" w:type="dxa"/>
              <w:left w:w="90" w:type="dxa"/>
              <w:bottom w:w="70" w:type="dxa"/>
              <w:right w:w="90" w:type="dxa"/>
            </w:tcMar>
            <w:vAlign w:val="center"/>
          </w:tcPr>
          <w:p w14:paraId="5B692D20" w14:textId="77777777" w:rsidR="00740E46" w:rsidRDefault="00000000">
            <w:pPr>
              <w:spacing w:after="0" w:line="240" w:lineRule="auto"/>
              <w:rPr>
                <w:lang w:eastAsia="zh-TW"/>
              </w:rPr>
            </w:pPr>
            <w:r>
              <w:rPr>
                <w:rFonts w:ascii="微軟正黑體" w:eastAsia="微軟正黑體" w:hAnsi="微軟正黑體"/>
                <w:color w:val="1F1F1F"/>
                <w:sz w:val="22"/>
                <w:lang w:eastAsia="zh-TW"/>
              </w:rPr>
              <w:t>結合產業知識與資訊科技工具應用於工作任務</w:t>
            </w:r>
          </w:p>
        </w:tc>
      </w:tr>
    </w:tbl>
    <w:p w14:paraId="0EAD6314" w14:textId="77777777" w:rsidR="00BD605F" w:rsidRDefault="00000000">
      <w:pPr>
        <w:spacing w:before="80" w:after="0"/>
        <w:rPr>
          <w:rFonts w:ascii="微軟正黑體" w:eastAsia="微軟正黑體" w:hAnsi="微軟正黑體"/>
          <w:sz w:val="22"/>
          <w:lang w:eastAsia="zh-TW"/>
        </w:rPr>
      </w:pPr>
      <w:r>
        <w:rPr>
          <w:rFonts w:ascii="微軟正黑體" w:eastAsia="微軟正黑體" w:hAnsi="微軟正黑體"/>
          <w:b/>
          <w:color w:val="2F5597"/>
          <w:sz w:val="22"/>
          <w:lang w:eastAsia="zh-TW"/>
        </w:rPr>
        <w:t xml:space="preserve">內涵編號快速對照：16+2 </w:t>
      </w:r>
      <w:proofErr w:type="gramStart"/>
      <w:r>
        <w:rPr>
          <w:rFonts w:ascii="微軟正黑體" w:eastAsia="微軟正黑體" w:hAnsi="微軟正黑體"/>
          <w:b/>
          <w:color w:val="2F5597"/>
          <w:sz w:val="22"/>
          <w:lang w:eastAsia="zh-TW"/>
        </w:rPr>
        <w:t>週</w:t>
      </w:r>
      <w:proofErr w:type="gramEnd"/>
      <w:r>
        <w:rPr>
          <w:rFonts w:ascii="微軟正黑體" w:eastAsia="微軟正黑體" w:hAnsi="微軟正黑體"/>
          <w:b/>
          <w:color w:val="2F5597"/>
          <w:sz w:val="22"/>
          <w:lang w:eastAsia="zh-TW"/>
        </w:rPr>
        <w:t>最後一</w:t>
      </w:r>
      <w:proofErr w:type="gramStart"/>
      <w:r>
        <w:rPr>
          <w:rFonts w:ascii="微軟正黑體" w:eastAsia="微軟正黑體" w:hAnsi="微軟正黑體"/>
          <w:b/>
          <w:color w:val="2F5597"/>
          <w:sz w:val="22"/>
          <w:lang w:eastAsia="zh-TW"/>
        </w:rPr>
        <w:t>欄以</w:t>
      </w:r>
      <w:proofErr w:type="gramEnd"/>
      <w:r>
        <w:rPr>
          <w:rFonts w:ascii="微軟正黑體" w:eastAsia="微軟正黑體" w:hAnsi="微軟正黑體"/>
          <w:b/>
          <w:color w:val="2F5597"/>
          <w:sz w:val="22"/>
          <w:lang w:eastAsia="zh-TW"/>
        </w:rPr>
        <w:t>「資訊科技應用＋編號」標示，便於直接</w:t>
      </w:r>
      <w:proofErr w:type="gramStart"/>
      <w:r>
        <w:rPr>
          <w:rFonts w:ascii="微軟正黑體" w:eastAsia="微軟正黑體" w:hAnsi="微軟正黑體"/>
          <w:b/>
          <w:color w:val="2F5597"/>
          <w:sz w:val="22"/>
          <w:lang w:eastAsia="zh-TW"/>
        </w:rPr>
        <w:t>回查上</w:t>
      </w:r>
      <w:proofErr w:type="gramEnd"/>
      <w:r>
        <w:rPr>
          <w:rFonts w:ascii="微軟正黑體" w:eastAsia="微軟正黑體" w:hAnsi="微軟正黑體"/>
          <w:b/>
          <w:color w:val="2F5597"/>
          <w:sz w:val="22"/>
          <w:lang w:eastAsia="zh-TW"/>
        </w:rPr>
        <w:t>表的 8 項內涵。</w:t>
      </w:r>
    </w:p>
    <w:p w14:paraId="2CBEA326" w14:textId="77777777" w:rsidR="00BD605F" w:rsidRDefault="00000000">
      <w:pPr>
        <w:keepNext/>
        <w:pageBreakBefore/>
        <w:shd w:val="clear" w:color="auto" w:fill="D9EAF7"/>
        <w:spacing w:before="160" w:after="120"/>
        <w:rPr>
          <w:rFonts w:ascii="微軟正黑體" w:eastAsia="微軟正黑體" w:hAnsi="微軟正黑體"/>
          <w:lang w:eastAsia="zh-TW"/>
        </w:rPr>
      </w:pPr>
      <w:r>
        <w:rPr>
          <w:rFonts w:ascii="微軟正黑體" w:eastAsia="微軟正黑體" w:hAnsi="微軟正黑體"/>
          <w:b/>
          <w:color w:val="2F5597"/>
          <w:sz w:val="28"/>
          <w:lang w:eastAsia="zh-TW"/>
        </w:rPr>
        <w:lastRenderedPageBreak/>
        <w:t>參、實施規劃（16+2</w:t>
      </w:r>
      <w:proofErr w:type="gramStart"/>
      <w:r>
        <w:rPr>
          <w:rFonts w:ascii="微軟正黑體" w:eastAsia="微軟正黑體" w:hAnsi="微軟正黑體"/>
          <w:b/>
          <w:color w:val="2F5597"/>
          <w:sz w:val="28"/>
          <w:lang w:eastAsia="zh-TW"/>
        </w:rPr>
        <w:t>週</w:t>
      </w:r>
      <w:proofErr w:type="gramEnd"/>
      <w:r>
        <w:rPr>
          <w:rFonts w:ascii="微軟正黑體" w:eastAsia="微軟正黑體" w:hAnsi="微軟正黑體"/>
          <w:b/>
          <w:color w:val="2F5597"/>
          <w:sz w:val="28"/>
          <w:lang w:eastAsia="zh-TW"/>
        </w:rPr>
        <w:t>）</w:t>
      </w:r>
    </w:p>
    <w:tbl>
      <w:tblPr>
        <w:tblStyle w:val="aff2"/>
        <w:tblW w:w="0" w:type="auto"/>
        <w:jc w:val="center"/>
        <w:tblLayout w:type="fixed"/>
        <w:tblLook w:val="04A0" w:firstRow="1" w:lastRow="0" w:firstColumn="1" w:lastColumn="0" w:noHBand="0" w:noVBand="1"/>
      </w:tblPr>
      <w:tblGrid>
        <w:gridCol w:w="1129"/>
        <w:gridCol w:w="3191"/>
        <w:gridCol w:w="8496"/>
        <w:gridCol w:w="2520"/>
      </w:tblGrid>
      <w:tr w:rsidR="00BD605F" w14:paraId="0883A224" w14:textId="77777777" w:rsidTr="008D5021">
        <w:trPr>
          <w:cantSplit/>
          <w:tblHeader/>
          <w:jc w:val="center"/>
        </w:trPr>
        <w:tc>
          <w:tcPr>
            <w:tcW w:w="1129" w:type="dxa"/>
            <w:shd w:val="clear" w:color="auto" w:fill="2F5597"/>
            <w:tcMar>
              <w:top w:w="70" w:type="dxa"/>
              <w:left w:w="80" w:type="dxa"/>
              <w:bottom w:w="70" w:type="dxa"/>
              <w:right w:w="80" w:type="dxa"/>
            </w:tcMar>
            <w:vAlign w:val="center"/>
          </w:tcPr>
          <w:p w14:paraId="2885BB14"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週次</w:t>
            </w:r>
            <w:proofErr w:type="spellEnd"/>
          </w:p>
        </w:tc>
        <w:tc>
          <w:tcPr>
            <w:tcW w:w="3191" w:type="dxa"/>
            <w:shd w:val="clear" w:color="auto" w:fill="2F5597"/>
            <w:tcMar>
              <w:top w:w="70" w:type="dxa"/>
              <w:left w:w="80" w:type="dxa"/>
              <w:bottom w:w="70" w:type="dxa"/>
              <w:right w:w="80" w:type="dxa"/>
            </w:tcMar>
            <w:vAlign w:val="center"/>
          </w:tcPr>
          <w:p w14:paraId="2D66B2AD"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授課內容</w:t>
            </w:r>
            <w:proofErr w:type="spellEnd"/>
          </w:p>
        </w:tc>
        <w:tc>
          <w:tcPr>
            <w:tcW w:w="8496" w:type="dxa"/>
            <w:shd w:val="clear" w:color="auto" w:fill="2F5597"/>
            <w:tcMar>
              <w:top w:w="70" w:type="dxa"/>
              <w:left w:w="80" w:type="dxa"/>
              <w:bottom w:w="70" w:type="dxa"/>
              <w:right w:w="80" w:type="dxa"/>
            </w:tcMar>
            <w:vAlign w:val="center"/>
          </w:tcPr>
          <w:p w14:paraId="57E16A77" w14:textId="77777777" w:rsidR="00BD605F" w:rsidRDefault="00000000">
            <w:pPr>
              <w:spacing w:line="252" w:lineRule="auto"/>
              <w:jc w:val="center"/>
              <w:rPr>
                <w:rFonts w:ascii="微軟正黑體" w:eastAsia="微軟正黑體" w:hAnsi="微軟正黑體"/>
                <w:sz w:val="22"/>
              </w:rPr>
            </w:pPr>
            <w:proofErr w:type="spellStart"/>
            <w:r>
              <w:rPr>
                <w:rFonts w:ascii="微軟正黑體" w:eastAsia="微軟正黑體" w:hAnsi="微軟正黑體"/>
                <w:b/>
                <w:color w:val="FFFFFF"/>
                <w:sz w:val="22"/>
              </w:rPr>
              <w:t>教學與評量方式</w:t>
            </w:r>
            <w:proofErr w:type="spellEnd"/>
          </w:p>
        </w:tc>
        <w:tc>
          <w:tcPr>
            <w:tcW w:w="2520" w:type="dxa"/>
            <w:shd w:val="clear" w:color="auto" w:fill="2F5597"/>
            <w:tcMar>
              <w:top w:w="70" w:type="dxa"/>
              <w:left w:w="80" w:type="dxa"/>
              <w:bottom w:w="70" w:type="dxa"/>
              <w:right w:w="80" w:type="dxa"/>
            </w:tcMar>
            <w:vAlign w:val="center"/>
          </w:tcPr>
          <w:p w14:paraId="7DBE4C57" w14:textId="77777777" w:rsidR="00BD605F" w:rsidRDefault="00000000">
            <w:pPr>
              <w:spacing w:line="252" w:lineRule="auto"/>
              <w:jc w:val="center"/>
              <w:rPr>
                <w:rFonts w:ascii="微軟正黑體" w:eastAsia="微軟正黑體" w:hAnsi="微軟正黑體"/>
                <w:sz w:val="22"/>
                <w:lang w:eastAsia="zh-TW"/>
              </w:rPr>
            </w:pPr>
            <w:r>
              <w:rPr>
                <w:rFonts w:ascii="微軟正黑體" w:eastAsia="微軟正黑體" w:hAnsi="微軟正黑體"/>
                <w:b/>
                <w:color w:val="FFFFFF"/>
                <w:sz w:val="22"/>
                <w:lang w:eastAsia="zh-TW"/>
              </w:rPr>
              <w:t>對應主要UCAN職能及內涵</w:t>
            </w:r>
          </w:p>
        </w:tc>
      </w:tr>
      <w:tr w:rsidR="00BD605F" w14:paraId="606159F6" w14:textId="77777777" w:rsidTr="008D5021">
        <w:trPr>
          <w:cantSplit/>
          <w:trHeight w:hRule="exact" w:val="851"/>
          <w:jc w:val="center"/>
        </w:trPr>
        <w:tc>
          <w:tcPr>
            <w:tcW w:w="1129" w:type="dxa"/>
            <w:tcMar>
              <w:top w:w="70" w:type="dxa"/>
              <w:left w:w="80" w:type="dxa"/>
              <w:bottom w:w="70" w:type="dxa"/>
              <w:right w:w="80" w:type="dxa"/>
            </w:tcMar>
            <w:vAlign w:val="center"/>
          </w:tcPr>
          <w:p w14:paraId="3CEFEE5C"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w:t>
            </w:r>
          </w:p>
        </w:tc>
        <w:tc>
          <w:tcPr>
            <w:tcW w:w="3191" w:type="dxa"/>
            <w:tcMar>
              <w:top w:w="70" w:type="dxa"/>
              <w:left w:w="80" w:type="dxa"/>
              <w:bottom w:w="70" w:type="dxa"/>
              <w:right w:w="80" w:type="dxa"/>
            </w:tcMar>
            <w:vAlign w:val="center"/>
          </w:tcPr>
          <w:p w14:paraId="5B980A80"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72D7AA7C"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56B45D05" w14:textId="77777777" w:rsidR="00BD605F" w:rsidRDefault="00BD605F">
            <w:pPr>
              <w:spacing w:line="252" w:lineRule="auto"/>
              <w:rPr>
                <w:rFonts w:ascii="微軟正黑體" w:eastAsia="微軟正黑體" w:hAnsi="微軟正黑體"/>
                <w:sz w:val="22"/>
                <w:lang w:eastAsia="zh-TW"/>
              </w:rPr>
            </w:pPr>
          </w:p>
        </w:tc>
      </w:tr>
      <w:tr w:rsidR="00BD605F" w14:paraId="03D15978" w14:textId="77777777" w:rsidTr="008D5021">
        <w:trPr>
          <w:cantSplit/>
          <w:trHeight w:hRule="exact" w:val="851"/>
          <w:jc w:val="center"/>
        </w:trPr>
        <w:tc>
          <w:tcPr>
            <w:tcW w:w="1129" w:type="dxa"/>
            <w:tcMar>
              <w:top w:w="70" w:type="dxa"/>
              <w:left w:w="80" w:type="dxa"/>
              <w:bottom w:w="70" w:type="dxa"/>
              <w:right w:w="80" w:type="dxa"/>
            </w:tcMar>
            <w:vAlign w:val="center"/>
          </w:tcPr>
          <w:p w14:paraId="11C527B5"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2</w:t>
            </w:r>
          </w:p>
        </w:tc>
        <w:tc>
          <w:tcPr>
            <w:tcW w:w="3191" w:type="dxa"/>
            <w:tcMar>
              <w:top w:w="70" w:type="dxa"/>
              <w:left w:w="80" w:type="dxa"/>
              <w:bottom w:w="70" w:type="dxa"/>
              <w:right w:w="80" w:type="dxa"/>
            </w:tcMar>
            <w:vAlign w:val="center"/>
          </w:tcPr>
          <w:p w14:paraId="53910F76"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7F0B115B"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66A5DB0C" w14:textId="77777777" w:rsidR="00BD605F" w:rsidRDefault="00BD605F">
            <w:pPr>
              <w:spacing w:line="252" w:lineRule="auto"/>
              <w:rPr>
                <w:rFonts w:ascii="微軟正黑體" w:eastAsia="微軟正黑體" w:hAnsi="微軟正黑體"/>
                <w:sz w:val="22"/>
              </w:rPr>
            </w:pPr>
          </w:p>
        </w:tc>
      </w:tr>
      <w:tr w:rsidR="00BD605F" w14:paraId="061C27F1" w14:textId="77777777" w:rsidTr="008D5021">
        <w:trPr>
          <w:cantSplit/>
          <w:trHeight w:hRule="exact" w:val="851"/>
          <w:jc w:val="center"/>
        </w:trPr>
        <w:tc>
          <w:tcPr>
            <w:tcW w:w="1129" w:type="dxa"/>
            <w:tcMar>
              <w:top w:w="70" w:type="dxa"/>
              <w:left w:w="80" w:type="dxa"/>
              <w:bottom w:w="70" w:type="dxa"/>
              <w:right w:w="80" w:type="dxa"/>
            </w:tcMar>
            <w:vAlign w:val="center"/>
          </w:tcPr>
          <w:p w14:paraId="1161F89C"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3</w:t>
            </w:r>
          </w:p>
        </w:tc>
        <w:tc>
          <w:tcPr>
            <w:tcW w:w="3191" w:type="dxa"/>
            <w:tcMar>
              <w:top w:w="70" w:type="dxa"/>
              <w:left w:w="80" w:type="dxa"/>
              <w:bottom w:w="70" w:type="dxa"/>
              <w:right w:w="80" w:type="dxa"/>
            </w:tcMar>
            <w:vAlign w:val="center"/>
          </w:tcPr>
          <w:p w14:paraId="768B2BFF"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5423BFBC"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7A7F70ED" w14:textId="77777777" w:rsidR="00BD605F" w:rsidRDefault="00BD605F">
            <w:pPr>
              <w:spacing w:line="252" w:lineRule="auto"/>
              <w:rPr>
                <w:rFonts w:ascii="微軟正黑體" w:eastAsia="微軟正黑體" w:hAnsi="微軟正黑體"/>
                <w:sz w:val="22"/>
              </w:rPr>
            </w:pPr>
          </w:p>
        </w:tc>
      </w:tr>
      <w:tr w:rsidR="00BD605F" w14:paraId="3A4747C1" w14:textId="77777777" w:rsidTr="008D5021">
        <w:trPr>
          <w:cantSplit/>
          <w:trHeight w:hRule="exact" w:val="851"/>
          <w:jc w:val="center"/>
        </w:trPr>
        <w:tc>
          <w:tcPr>
            <w:tcW w:w="1129" w:type="dxa"/>
            <w:tcMar>
              <w:top w:w="70" w:type="dxa"/>
              <w:left w:w="80" w:type="dxa"/>
              <w:bottom w:w="70" w:type="dxa"/>
              <w:right w:w="80" w:type="dxa"/>
            </w:tcMar>
            <w:vAlign w:val="center"/>
          </w:tcPr>
          <w:p w14:paraId="0134F523"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4</w:t>
            </w:r>
          </w:p>
        </w:tc>
        <w:tc>
          <w:tcPr>
            <w:tcW w:w="3191" w:type="dxa"/>
            <w:tcMar>
              <w:top w:w="70" w:type="dxa"/>
              <w:left w:w="80" w:type="dxa"/>
              <w:bottom w:w="70" w:type="dxa"/>
              <w:right w:w="80" w:type="dxa"/>
            </w:tcMar>
            <w:vAlign w:val="center"/>
          </w:tcPr>
          <w:p w14:paraId="67ACF61C"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716A8B6D"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1F73D88C" w14:textId="77777777" w:rsidR="00BD605F" w:rsidRDefault="00BD605F">
            <w:pPr>
              <w:spacing w:line="252" w:lineRule="auto"/>
              <w:rPr>
                <w:rFonts w:ascii="微軟正黑體" w:eastAsia="微軟正黑體" w:hAnsi="微軟正黑體"/>
                <w:color w:val="3333FF"/>
                <w:sz w:val="22"/>
              </w:rPr>
            </w:pPr>
          </w:p>
        </w:tc>
      </w:tr>
      <w:tr w:rsidR="00BD605F" w14:paraId="17FE2AF9" w14:textId="77777777" w:rsidTr="008D5021">
        <w:trPr>
          <w:cantSplit/>
          <w:trHeight w:hRule="exact" w:val="851"/>
          <w:jc w:val="center"/>
        </w:trPr>
        <w:tc>
          <w:tcPr>
            <w:tcW w:w="1129" w:type="dxa"/>
            <w:tcMar>
              <w:top w:w="70" w:type="dxa"/>
              <w:left w:w="80" w:type="dxa"/>
              <w:bottom w:w="70" w:type="dxa"/>
              <w:right w:w="80" w:type="dxa"/>
            </w:tcMar>
            <w:vAlign w:val="center"/>
          </w:tcPr>
          <w:p w14:paraId="5B98893C"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5</w:t>
            </w:r>
          </w:p>
        </w:tc>
        <w:tc>
          <w:tcPr>
            <w:tcW w:w="3191" w:type="dxa"/>
            <w:tcMar>
              <w:top w:w="70" w:type="dxa"/>
              <w:left w:w="80" w:type="dxa"/>
              <w:bottom w:w="70" w:type="dxa"/>
              <w:right w:w="80" w:type="dxa"/>
            </w:tcMar>
            <w:vAlign w:val="center"/>
          </w:tcPr>
          <w:p w14:paraId="05D59FA3"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6F59E5B6"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66CE6B7B" w14:textId="77777777" w:rsidR="00BD605F" w:rsidRDefault="00BD605F">
            <w:pPr>
              <w:spacing w:line="252" w:lineRule="auto"/>
              <w:rPr>
                <w:rFonts w:ascii="微軟正黑體" w:eastAsia="微軟正黑體" w:hAnsi="微軟正黑體"/>
                <w:color w:val="3333FF"/>
                <w:sz w:val="22"/>
              </w:rPr>
            </w:pPr>
          </w:p>
        </w:tc>
      </w:tr>
      <w:tr w:rsidR="00BD605F" w14:paraId="1E20F9C2" w14:textId="77777777" w:rsidTr="008D5021">
        <w:trPr>
          <w:cantSplit/>
          <w:trHeight w:hRule="exact" w:val="851"/>
          <w:jc w:val="center"/>
        </w:trPr>
        <w:tc>
          <w:tcPr>
            <w:tcW w:w="1129" w:type="dxa"/>
            <w:tcMar>
              <w:top w:w="70" w:type="dxa"/>
              <w:left w:w="80" w:type="dxa"/>
              <w:bottom w:w="70" w:type="dxa"/>
              <w:right w:w="80" w:type="dxa"/>
            </w:tcMar>
            <w:vAlign w:val="center"/>
          </w:tcPr>
          <w:p w14:paraId="0CC34B68"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6</w:t>
            </w:r>
          </w:p>
        </w:tc>
        <w:tc>
          <w:tcPr>
            <w:tcW w:w="3191" w:type="dxa"/>
            <w:tcMar>
              <w:top w:w="70" w:type="dxa"/>
              <w:left w:w="80" w:type="dxa"/>
              <w:bottom w:w="70" w:type="dxa"/>
              <w:right w:w="80" w:type="dxa"/>
            </w:tcMar>
            <w:vAlign w:val="center"/>
          </w:tcPr>
          <w:p w14:paraId="3B308A0E"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502D1A8B"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6D603011" w14:textId="77777777" w:rsidR="00BD605F" w:rsidRDefault="00BD605F">
            <w:pPr>
              <w:spacing w:line="252" w:lineRule="auto"/>
              <w:rPr>
                <w:rFonts w:ascii="微軟正黑體" w:eastAsia="微軟正黑體" w:hAnsi="微軟正黑體"/>
                <w:sz w:val="22"/>
              </w:rPr>
            </w:pPr>
          </w:p>
        </w:tc>
      </w:tr>
      <w:tr w:rsidR="00BD605F" w14:paraId="1CBF64BC" w14:textId="77777777" w:rsidTr="008D5021">
        <w:trPr>
          <w:cantSplit/>
          <w:trHeight w:hRule="exact" w:val="851"/>
          <w:jc w:val="center"/>
        </w:trPr>
        <w:tc>
          <w:tcPr>
            <w:tcW w:w="1129" w:type="dxa"/>
            <w:shd w:val="clear" w:color="auto" w:fill="F2F2F2"/>
            <w:tcMar>
              <w:top w:w="70" w:type="dxa"/>
              <w:left w:w="80" w:type="dxa"/>
              <w:bottom w:w="70" w:type="dxa"/>
              <w:right w:w="80" w:type="dxa"/>
            </w:tcMar>
            <w:vAlign w:val="center"/>
          </w:tcPr>
          <w:p w14:paraId="721A4B6F"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7</w:t>
            </w:r>
          </w:p>
        </w:tc>
        <w:tc>
          <w:tcPr>
            <w:tcW w:w="3191" w:type="dxa"/>
            <w:shd w:val="clear" w:color="auto" w:fill="F2F2F2"/>
            <w:tcMar>
              <w:top w:w="70" w:type="dxa"/>
              <w:left w:w="80" w:type="dxa"/>
              <w:bottom w:w="70" w:type="dxa"/>
              <w:right w:w="80" w:type="dxa"/>
            </w:tcMar>
            <w:vAlign w:val="center"/>
          </w:tcPr>
          <w:p w14:paraId="75CCD7DC" w14:textId="77777777" w:rsidR="00BD605F" w:rsidRDefault="00BD605F">
            <w:pPr>
              <w:spacing w:line="252" w:lineRule="auto"/>
              <w:rPr>
                <w:rFonts w:ascii="微軟正黑體" w:eastAsia="微軟正黑體" w:hAnsi="微軟正黑體"/>
                <w:sz w:val="22"/>
              </w:rPr>
            </w:pPr>
          </w:p>
        </w:tc>
        <w:tc>
          <w:tcPr>
            <w:tcW w:w="8496" w:type="dxa"/>
            <w:shd w:val="clear" w:color="auto" w:fill="F2F2F2"/>
            <w:tcMar>
              <w:top w:w="70" w:type="dxa"/>
              <w:left w:w="80" w:type="dxa"/>
              <w:bottom w:w="70" w:type="dxa"/>
              <w:right w:w="80" w:type="dxa"/>
            </w:tcMar>
          </w:tcPr>
          <w:p w14:paraId="4E81FA8C" w14:textId="77777777" w:rsidR="00BD605F" w:rsidRDefault="00000000">
            <w:pPr>
              <w:spacing w:line="252" w:lineRule="auto"/>
              <w:rPr>
                <w:rFonts w:ascii="微軟正黑體" w:eastAsia="微軟正黑體" w:hAnsi="微軟正黑體"/>
                <w:sz w:val="22"/>
              </w:rPr>
            </w:pPr>
            <w:proofErr w:type="spellStart"/>
            <w:r>
              <w:rPr>
                <w:rFonts w:ascii="微軟正黑體" w:eastAsia="微軟正黑體" w:hAnsi="微軟正黑體"/>
                <w:b/>
                <w:color w:val="2F5597"/>
                <w:sz w:val="22"/>
              </w:rPr>
              <w:t>教學</w:t>
            </w:r>
            <w:proofErr w:type="spellEnd"/>
            <w:r>
              <w:rPr>
                <w:rFonts w:ascii="微軟正黑體" w:eastAsia="微軟正黑體" w:hAnsi="微軟正黑體"/>
                <w:b/>
                <w:color w:val="2F5597"/>
                <w:sz w:val="22"/>
              </w:rPr>
              <w:t>：</w:t>
            </w:r>
            <w:r>
              <w:rPr>
                <w:rFonts w:ascii="微軟正黑體" w:eastAsia="微軟正黑體" w:hAnsi="微軟正黑體"/>
                <w:b/>
                <w:color w:val="2F5597"/>
                <w:sz w:val="22"/>
              </w:rPr>
              <w:br/>
            </w:r>
            <w:proofErr w:type="spellStart"/>
            <w:r>
              <w:rPr>
                <w:rFonts w:ascii="微軟正黑體" w:eastAsia="微軟正黑體" w:hAnsi="微軟正黑體"/>
                <w:b/>
                <w:color w:val="2F5597"/>
                <w:sz w:val="22"/>
              </w:rPr>
              <w:t>評量</w:t>
            </w:r>
            <w:proofErr w:type="spellEnd"/>
            <w:r>
              <w:rPr>
                <w:rFonts w:ascii="微軟正黑體" w:eastAsia="微軟正黑體" w:hAnsi="微軟正黑體"/>
                <w:b/>
                <w:color w:val="2F5597"/>
                <w:sz w:val="22"/>
              </w:rPr>
              <w:t>：</w:t>
            </w:r>
          </w:p>
        </w:tc>
        <w:tc>
          <w:tcPr>
            <w:tcW w:w="2520" w:type="dxa"/>
            <w:shd w:val="clear" w:color="auto" w:fill="F2F2F2"/>
            <w:tcMar>
              <w:top w:w="70" w:type="dxa"/>
              <w:left w:w="80" w:type="dxa"/>
              <w:bottom w:w="70" w:type="dxa"/>
              <w:right w:w="80" w:type="dxa"/>
            </w:tcMar>
            <w:vAlign w:val="center"/>
          </w:tcPr>
          <w:p w14:paraId="6B75AECA" w14:textId="77777777" w:rsidR="00BD605F" w:rsidRDefault="00BD605F">
            <w:pPr>
              <w:spacing w:line="252" w:lineRule="auto"/>
              <w:rPr>
                <w:rFonts w:ascii="微軟正黑體" w:eastAsia="微軟正黑體" w:hAnsi="微軟正黑體"/>
                <w:sz w:val="22"/>
              </w:rPr>
            </w:pPr>
          </w:p>
        </w:tc>
      </w:tr>
      <w:tr w:rsidR="00BD605F" w14:paraId="575052ED" w14:textId="77777777" w:rsidTr="008D5021">
        <w:trPr>
          <w:cantSplit/>
          <w:trHeight w:hRule="exact" w:val="851"/>
          <w:jc w:val="center"/>
        </w:trPr>
        <w:tc>
          <w:tcPr>
            <w:tcW w:w="1129" w:type="dxa"/>
            <w:tcMar>
              <w:top w:w="70" w:type="dxa"/>
              <w:left w:w="80" w:type="dxa"/>
              <w:bottom w:w="70" w:type="dxa"/>
              <w:right w:w="80" w:type="dxa"/>
            </w:tcMar>
            <w:vAlign w:val="center"/>
          </w:tcPr>
          <w:p w14:paraId="758842C1"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8</w:t>
            </w:r>
          </w:p>
        </w:tc>
        <w:tc>
          <w:tcPr>
            <w:tcW w:w="3191" w:type="dxa"/>
            <w:tcMar>
              <w:top w:w="70" w:type="dxa"/>
              <w:left w:w="80" w:type="dxa"/>
              <w:bottom w:w="70" w:type="dxa"/>
              <w:right w:w="80" w:type="dxa"/>
            </w:tcMar>
            <w:vAlign w:val="center"/>
          </w:tcPr>
          <w:p w14:paraId="0775EABD"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51BB1B9E"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121F56C4" w14:textId="77777777" w:rsidR="00BD605F" w:rsidRDefault="00BD605F">
            <w:pPr>
              <w:spacing w:line="252" w:lineRule="auto"/>
              <w:rPr>
                <w:rFonts w:ascii="微軟正黑體" w:eastAsia="微軟正黑體" w:hAnsi="微軟正黑體"/>
                <w:sz w:val="22"/>
              </w:rPr>
            </w:pPr>
          </w:p>
        </w:tc>
      </w:tr>
      <w:tr w:rsidR="00BD605F" w14:paraId="2E364549" w14:textId="77777777" w:rsidTr="008D5021">
        <w:trPr>
          <w:cantSplit/>
          <w:trHeight w:hRule="exact" w:val="851"/>
          <w:jc w:val="center"/>
        </w:trPr>
        <w:tc>
          <w:tcPr>
            <w:tcW w:w="1129" w:type="dxa"/>
            <w:tcMar>
              <w:top w:w="70" w:type="dxa"/>
              <w:left w:w="80" w:type="dxa"/>
              <w:bottom w:w="70" w:type="dxa"/>
              <w:right w:w="80" w:type="dxa"/>
            </w:tcMar>
            <w:vAlign w:val="center"/>
          </w:tcPr>
          <w:p w14:paraId="3F8A3101"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lastRenderedPageBreak/>
              <w:t>9</w:t>
            </w:r>
          </w:p>
        </w:tc>
        <w:tc>
          <w:tcPr>
            <w:tcW w:w="3191" w:type="dxa"/>
            <w:tcMar>
              <w:top w:w="70" w:type="dxa"/>
              <w:left w:w="80" w:type="dxa"/>
              <w:bottom w:w="70" w:type="dxa"/>
              <w:right w:w="80" w:type="dxa"/>
            </w:tcMar>
            <w:vAlign w:val="center"/>
          </w:tcPr>
          <w:p w14:paraId="3386C436"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54222515"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3CF56BD3" w14:textId="77777777" w:rsidR="00BD605F" w:rsidRDefault="00BD605F">
            <w:pPr>
              <w:spacing w:line="252" w:lineRule="auto"/>
              <w:rPr>
                <w:rFonts w:ascii="微軟正黑體" w:eastAsia="微軟正黑體" w:hAnsi="微軟正黑體"/>
                <w:sz w:val="22"/>
                <w:lang w:eastAsia="zh-TW"/>
              </w:rPr>
            </w:pPr>
          </w:p>
        </w:tc>
      </w:tr>
      <w:tr w:rsidR="00BD605F" w14:paraId="270ACE2C" w14:textId="77777777" w:rsidTr="008D5021">
        <w:trPr>
          <w:cantSplit/>
          <w:trHeight w:val="851"/>
          <w:jc w:val="center"/>
        </w:trPr>
        <w:tc>
          <w:tcPr>
            <w:tcW w:w="1129" w:type="dxa"/>
            <w:tcMar>
              <w:top w:w="70" w:type="dxa"/>
              <w:left w:w="80" w:type="dxa"/>
              <w:bottom w:w="70" w:type="dxa"/>
              <w:right w:w="80" w:type="dxa"/>
            </w:tcMar>
            <w:vAlign w:val="center"/>
          </w:tcPr>
          <w:p w14:paraId="730CCDDE"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10</w:t>
            </w:r>
          </w:p>
        </w:tc>
        <w:tc>
          <w:tcPr>
            <w:tcW w:w="3191" w:type="dxa"/>
            <w:tcMar>
              <w:top w:w="70" w:type="dxa"/>
              <w:left w:w="80" w:type="dxa"/>
              <w:bottom w:w="70" w:type="dxa"/>
              <w:right w:w="80" w:type="dxa"/>
            </w:tcMar>
            <w:vAlign w:val="center"/>
          </w:tcPr>
          <w:p w14:paraId="4D42C15F"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15013FF1"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6BFEBFA3" w14:textId="77777777" w:rsidR="00BD605F" w:rsidRDefault="00BD605F">
            <w:pPr>
              <w:spacing w:line="252" w:lineRule="auto"/>
              <w:rPr>
                <w:rFonts w:ascii="微軟正黑體" w:eastAsia="微軟正黑體" w:hAnsi="微軟正黑體"/>
                <w:sz w:val="22"/>
                <w:lang w:eastAsia="zh-TW"/>
              </w:rPr>
            </w:pPr>
          </w:p>
        </w:tc>
      </w:tr>
      <w:tr w:rsidR="00BD605F" w14:paraId="51CC7C3D" w14:textId="77777777" w:rsidTr="008D5021">
        <w:trPr>
          <w:cantSplit/>
          <w:trHeight w:val="851"/>
          <w:jc w:val="center"/>
        </w:trPr>
        <w:tc>
          <w:tcPr>
            <w:tcW w:w="1129" w:type="dxa"/>
            <w:tcMar>
              <w:top w:w="70" w:type="dxa"/>
              <w:left w:w="80" w:type="dxa"/>
              <w:bottom w:w="70" w:type="dxa"/>
              <w:right w:w="80" w:type="dxa"/>
            </w:tcMar>
            <w:vAlign w:val="center"/>
          </w:tcPr>
          <w:p w14:paraId="64942E7F"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11</w:t>
            </w:r>
          </w:p>
        </w:tc>
        <w:tc>
          <w:tcPr>
            <w:tcW w:w="3191" w:type="dxa"/>
            <w:tcMar>
              <w:top w:w="70" w:type="dxa"/>
              <w:left w:w="80" w:type="dxa"/>
              <w:bottom w:w="70" w:type="dxa"/>
              <w:right w:w="80" w:type="dxa"/>
            </w:tcMar>
            <w:vAlign w:val="center"/>
          </w:tcPr>
          <w:p w14:paraId="23C8A70A"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63BCE97F"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6156962F" w14:textId="77777777" w:rsidR="00BD605F" w:rsidRDefault="00BD605F">
            <w:pPr>
              <w:spacing w:line="252" w:lineRule="auto"/>
              <w:rPr>
                <w:rFonts w:ascii="微軟正黑體" w:eastAsia="微軟正黑體" w:hAnsi="微軟正黑體"/>
                <w:sz w:val="22"/>
              </w:rPr>
            </w:pPr>
          </w:p>
        </w:tc>
      </w:tr>
      <w:tr w:rsidR="00BD605F" w14:paraId="6C4D75D4" w14:textId="77777777" w:rsidTr="008D5021">
        <w:trPr>
          <w:cantSplit/>
          <w:trHeight w:val="851"/>
          <w:jc w:val="center"/>
        </w:trPr>
        <w:tc>
          <w:tcPr>
            <w:tcW w:w="1129" w:type="dxa"/>
            <w:tcMar>
              <w:top w:w="70" w:type="dxa"/>
              <w:left w:w="80" w:type="dxa"/>
              <w:bottom w:w="70" w:type="dxa"/>
              <w:right w:w="80" w:type="dxa"/>
            </w:tcMar>
            <w:vAlign w:val="center"/>
          </w:tcPr>
          <w:p w14:paraId="2CC710F8"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12</w:t>
            </w:r>
          </w:p>
        </w:tc>
        <w:tc>
          <w:tcPr>
            <w:tcW w:w="3191" w:type="dxa"/>
            <w:tcMar>
              <w:top w:w="70" w:type="dxa"/>
              <w:left w:w="80" w:type="dxa"/>
              <w:bottom w:w="70" w:type="dxa"/>
              <w:right w:w="80" w:type="dxa"/>
            </w:tcMar>
            <w:vAlign w:val="center"/>
          </w:tcPr>
          <w:p w14:paraId="6BE2C7A4"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7611DEB4"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2699909C" w14:textId="77777777" w:rsidR="00BD605F" w:rsidRDefault="00BD605F">
            <w:pPr>
              <w:spacing w:line="252" w:lineRule="auto"/>
              <w:rPr>
                <w:rFonts w:ascii="微軟正黑體" w:eastAsia="微軟正黑體" w:hAnsi="微軟正黑體"/>
                <w:b/>
                <w:color w:val="2F5597"/>
                <w:sz w:val="22"/>
                <w:lang w:eastAsia="zh-TW"/>
              </w:rPr>
            </w:pPr>
          </w:p>
        </w:tc>
      </w:tr>
      <w:tr w:rsidR="00BD605F" w14:paraId="61864C66" w14:textId="77777777" w:rsidTr="008D5021">
        <w:trPr>
          <w:cantSplit/>
          <w:trHeight w:val="851"/>
          <w:jc w:val="center"/>
        </w:trPr>
        <w:tc>
          <w:tcPr>
            <w:tcW w:w="1129" w:type="dxa"/>
            <w:tcMar>
              <w:top w:w="70" w:type="dxa"/>
              <w:left w:w="80" w:type="dxa"/>
              <w:bottom w:w="70" w:type="dxa"/>
              <w:right w:w="80" w:type="dxa"/>
            </w:tcMar>
            <w:vAlign w:val="center"/>
          </w:tcPr>
          <w:p w14:paraId="72AE38F4"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13</w:t>
            </w:r>
          </w:p>
        </w:tc>
        <w:tc>
          <w:tcPr>
            <w:tcW w:w="3191" w:type="dxa"/>
            <w:tcMar>
              <w:top w:w="70" w:type="dxa"/>
              <w:left w:w="80" w:type="dxa"/>
              <w:bottom w:w="70" w:type="dxa"/>
              <w:right w:w="80" w:type="dxa"/>
            </w:tcMar>
            <w:vAlign w:val="center"/>
          </w:tcPr>
          <w:p w14:paraId="20CBDB0F"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479F9003"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4F649A75" w14:textId="77777777" w:rsidR="00BD605F" w:rsidRDefault="00BD605F">
            <w:pPr>
              <w:spacing w:line="252" w:lineRule="auto"/>
              <w:rPr>
                <w:rFonts w:ascii="微軟正黑體" w:eastAsia="微軟正黑體" w:hAnsi="微軟正黑體"/>
                <w:sz w:val="22"/>
                <w:lang w:eastAsia="zh-TW"/>
              </w:rPr>
            </w:pPr>
          </w:p>
        </w:tc>
      </w:tr>
      <w:tr w:rsidR="00BD605F" w14:paraId="6C67606E" w14:textId="77777777" w:rsidTr="008D5021">
        <w:trPr>
          <w:cantSplit/>
          <w:trHeight w:val="851"/>
          <w:jc w:val="center"/>
        </w:trPr>
        <w:tc>
          <w:tcPr>
            <w:tcW w:w="1129" w:type="dxa"/>
            <w:shd w:val="clear" w:color="auto" w:fill="F2F2F2"/>
            <w:tcMar>
              <w:top w:w="70" w:type="dxa"/>
              <w:left w:w="80" w:type="dxa"/>
              <w:bottom w:w="70" w:type="dxa"/>
              <w:right w:w="80" w:type="dxa"/>
            </w:tcMar>
            <w:vAlign w:val="center"/>
          </w:tcPr>
          <w:p w14:paraId="782DD359"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14</w:t>
            </w:r>
          </w:p>
        </w:tc>
        <w:tc>
          <w:tcPr>
            <w:tcW w:w="3191" w:type="dxa"/>
            <w:shd w:val="clear" w:color="auto" w:fill="F2F2F2"/>
            <w:tcMar>
              <w:top w:w="70" w:type="dxa"/>
              <w:left w:w="80" w:type="dxa"/>
              <w:bottom w:w="70" w:type="dxa"/>
              <w:right w:w="80" w:type="dxa"/>
            </w:tcMar>
            <w:vAlign w:val="center"/>
          </w:tcPr>
          <w:p w14:paraId="1111E58F" w14:textId="77777777" w:rsidR="00BD605F" w:rsidRDefault="00BD605F">
            <w:pPr>
              <w:spacing w:line="252" w:lineRule="auto"/>
              <w:rPr>
                <w:rFonts w:ascii="微軟正黑體" w:eastAsia="微軟正黑體" w:hAnsi="微軟正黑體"/>
                <w:sz w:val="22"/>
              </w:rPr>
            </w:pPr>
          </w:p>
        </w:tc>
        <w:tc>
          <w:tcPr>
            <w:tcW w:w="8496" w:type="dxa"/>
            <w:shd w:val="clear" w:color="auto" w:fill="F2F2F2"/>
            <w:tcMar>
              <w:top w:w="70" w:type="dxa"/>
              <w:left w:w="80" w:type="dxa"/>
              <w:bottom w:w="70" w:type="dxa"/>
              <w:right w:w="80" w:type="dxa"/>
            </w:tcMar>
          </w:tcPr>
          <w:p w14:paraId="76A06BE6" w14:textId="77777777" w:rsidR="00BD605F" w:rsidRDefault="00000000">
            <w:pPr>
              <w:spacing w:line="252" w:lineRule="auto"/>
              <w:rPr>
                <w:rFonts w:ascii="微軟正黑體" w:eastAsia="微軟正黑體" w:hAnsi="微軟正黑體"/>
                <w:sz w:val="22"/>
              </w:rPr>
            </w:pPr>
            <w:proofErr w:type="spellStart"/>
            <w:r>
              <w:rPr>
                <w:rFonts w:ascii="微軟正黑體" w:eastAsia="微軟正黑體" w:hAnsi="微軟正黑體"/>
                <w:b/>
                <w:color w:val="2F5597"/>
                <w:sz w:val="22"/>
              </w:rPr>
              <w:t>教學</w:t>
            </w:r>
            <w:proofErr w:type="spellEnd"/>
            <w:r>
              <w:rPr>
                <w:rFonts w:ascii="微軟正黑體" w:eastAsia="微軟正黑體" w:hAnsi="微軟正黑體"/>
                <w:b/>
                <w:color w:val="2F5597"/>
                <w:sz w:val="22"/>
              </w:rPr>
              <w:t>：</w:t>
            </w:r>
            <w:r>
              <w:rPr>
                <w:rFonts w:ascii="微軟正黑體" w:eastAsia="微軟正黑體" w:hAnsi="微軟正黑體"/>
                <w:b/>
                <w:color w:val="2F5597"/>
                <w:sz w:val="22"/>
              </w:rPr>
              <w:br/>
            </w:r>
            <w:proofErr w:type="spellStart"/>
            <w:r>
              <w:rPr>
                <w:rFonts w:ascii="微軟正黑體" w:eastAsia="微軟正黑體" w:hAnsi="微軟正黑體"/>
                <w:b/>
                <w:color w:val="2F5597"/>
                <w:sz w:val="22"/>
              </w:rPr>
              <w:t>評量</w:t>
            </w:r>
            <w:proofErr w:type="spellEnd"/>
            <w:r>
              <w:rPr>
                <w:rFonts w:ascii="微軟正黑體" w:eastAsia="微軟正黑體" w:hAnsi="微軟正黑體"/>
                <w:b/>
                <w:color w:val="2F5597"/>
                <w:sz w:val="22"/>
              </w:rPr>
              <w:t>：</w:t>
            </w:r>
          </w:p>
        </w:tc>
        <w:tc>
          <w:tcPr>
            <w:tcW w:w="2520" w:type="dxa"/>
            <w:shd w:val="clear" w:color="auto" w:fill="F2F2F2"/>
            <w:tcMar>
              <w:top w:w="70" w:type="dxa"/>
              <w:left w:w="80" w:type="dxa"/>
              <w:bottom w:w="70" w:type="dxa"/>
              <w:right w:w="80" w:type="dxa"/>
            </w:tcMar>
            <w:vAlign w:val="center"/>
          </w:tcPr>
          <w:p w14:paraId="0358454E" w14:textId="77777777" w:rsidR="00BD605F" w:rsidRDefault="00BD605F">
            <w:pPr>
              <w:spacing w:line="252" w:lineRule="auto"/>
              <w:rPr>
                <w:rFonts w:ascii="微軟正黑體" w:eastAsia="微軟正黑體" w:hAnsi="微軟正黑體"/>
                <w:sz w:val="22"/>
              </w:rPr>
            </w:pPr>
          </w:p>
        </w:tc>
      </w:tr>
      <w:tr w:rsidR="00BD605F" w14:paraId="023D636D" w14:textId="77777777" w:rsidTr="008D5021">
        <w:trPr>
          <w:cantSplit/>
          <w:trHeight w:val="851"/>
          <w:jc w:val="center"/>
        </w:trPr>
        <w:tc>
          <w:tcPr>
            <w:tcW w:w="1129" w:type="dxa"/>
            <w:tcMar>
              <w:top w:w="70" w:type="dxa"/>
              <w:left w:w="80" w:type="dxa"/>
              <w:bottom w:w="70" w:type="dxa"/>
              <w:right w:w="80" w:type="dxa"/>
            </w:tcMar>
            <w:vAlign w:val="center"/>
          </w:tcPr>
          <w:p w14:paraId="54EB4469"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15</w:t>
            </w:r>
          </w:p>
        </w:tc>
        <w:tc>
          <w:tcPr>
            <w:tcW w:w="3191" w:type="dxa"/>
            <w:tcMar>
              <w:top w:w="70" w:type="dxa"/>
              <w:left w:w="80" w:type="dxa"/>
              <w:bottom w:w="70" w:type="dxa"/>
              <w:right w:w="80" w:type="dxa"/>
            </w:tcMar>
            <w:vAlign w:val="center"/>
          </w:tcPr>
          <w:p w14:paraId="60AC5213" w14:textId="77777777" w:rsidR="00BD605F" w:rsidRDefault="00BD605F">
            <w:pPr>
              <w:spacing w:line="252" w:lineRule="auto"/>
              <w:rPr>
                <w:rFonts w:ascii="微軟正黑體" w:eastAsia="微軟正黑體" w:hAnsi="微軟正黑體"/>
                <w:sz w:val="22"/>
              </w:rPr>
            </w:pPr>
          </w:p>
        </w:tc>
        <w:tc>
          <w:tcPr>
            <w:tcW w:w="8496" w:type="dxa"/>
            <w:tcMar>
              <w:top w:w="70" w:type="dxa"/>
              <w:left w:w="80" w:type="dxa"/>
              <w:bottom w:w="70" w:type="dxa"/>
              <w:right w:w="80" w:type="dxa"/>
            </w:tcMar>
          </w:tcPr>
          <w:p w14:paraId="4DD58C40"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14725BEE" w14:textId="77777777" w:rsidR="00BD605F" w:rsidRDefault="00BD605F">
            <w:pPr>
              <w:spacing w:line="252" w:lineRule="auto"/>
              <w:rPr>
                <w:rFonts w:ascii="微軟正黑體" w:eastAsia="微軟正黑體" w:hAnsi="微軟正黑體"/>
                <w:sz w:val="22"/>
                <w:lang w:eastAsia="zh-TW"/>
              </w:rPr>
            </w:pPr>
          </w:p>
        </w:tc>
      </w:tr>
      <w:tr w:rsidR="00BD605F" w14:paraId="4D476938" w14:textId="77777777" w:rsidTr="008D5021">
        <w:trPr>
          <w:cantSplit/>
          <w:trHeight w:val="851"/>
          <w:jc w:val="center"/>
        </w:trPr>
        <w:tc>
          <w:tcPr>
            <w:tcW w:w="1129" w:type="dxa"/>
            <w:tcMar>
              <w:top w:w="70" w:type="dxa"/>
              <w:left w:w="80" w:type="dxa"/>
              <w:bottom w:w="70" w:type="dxa"/>
              <w:right w:w="80" w:type="dxa"/>
            </w:tcMar>
            <w:vAlign w:val="center"/>
          </w:tcPr>
          <w:p w14:paraId="081BF54A"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16</w:t>
            </w:r>
          </w:p>
        </w:tc>
        <w:tc>
          <w:tcPr>
            <w:tcW w:w="3191" w:type="dxa"/>
            <w:tcMar>
              <w:top w:w="70" w:type="dxa"/>
              <w:left w:w="80" w:type="dxa"/>
              <w:bottom w:w="70" w:type="dxa"/>
              <w:right w:w="80" w:type="dxa"/>
            </w:tcMar>
            <w:vAlign w:val="center"/>
          </w:tcPr>
          <w:p w14:paraId="339DBD33" w14:textId="77777777" w:rsidR="00BD605F" w:rsidRDefault="00BD605F">
            <w:pPr>
              <w:spacing w:line="252" w:lineRule="auto"/>
              <w:rPr>
                <w:rFonts w:ascii="微軟正黑體" w:eastAsia="微軟正黑體" w:hAnsi="微軟正黑體"/>
                <w:sz w:val="22"/>
                <w:lang w:eastAsia="zh-TW"/>
              </w:rPr>
            </w:pPr>
          </w:p>
        </w:tc>
        <w:tc>
          <w:tcPr>
            <w:tcW w:w="8496" w:type="dxa"/>
            <w:tcMar>
              <w:top w:w="70" w:type="dxa"/>
              <w:left w:w="80" w:type="dxa"/>
              <w:bottom w:w="70" w:type="dxa"/>
              <w:right w:w="80" w:type="dxa"/>
            </w:tcMar>
          </w:tcPr>
          <w:p w14:paraId="45702988"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tcMar>
              <w:top w:w="70" w:type="dxa"/>
              <w:left w:w="80" w:type="dxa"/>
              <w:bottom w:w="70" w:type="dxa"/>
              <w:right w:w="80" w:type="dxa"/>
            </w:tcMar>
            <w:vAlign w:val="center"/>
          </w:tcPr>
          <w:p w14:paraId="7AF61318" w14:textId="77777777" w:rsidR="00BD605F" w:rsidRDefault="00BD605F">
            <w:pPr>
              <w:spacing w:line="252" w:lineRule="auto"/>
              <w:rPr>
                <w:rFonts w:ascii="微軟正黑體" w:eastAsia="微軟正黑體" w:hAnsi="微軟正黑體"/>
                <w:sz w:val="22"/>
                <w:lang w:eastAsia="zh-TW"/>
              </w:rPr>
            </w:pPr>
          </w:p>
        </w:tc>
      </w:tr>
      <w:tr w:rsidR="00BD605F" w14:paraId="27CAD77E" w14:textId="77777777" w:rsidTr="008D5021">
        <w:trPr>
          <w:cantSplit/>
          <w:trHeight w:val="851"/>
          <w:jc w:val="center"/>
        </w:trPr>
        <w:tc>
          <w:tcPr>
            <w:tcW w:w="1129" w:type="dxa"/>
            <w:shd w:val="clear" w:color="auto" w:fill="E2F0D9"/>
            <w:tcMar>
              <w:top w:w="70" w:type="dxa"/>
              <w:left w:w="80" w:type="dxa"/>
              <w:bottom w:w="70" w:type="dxa"/>
              <w:right w:w="80" w:type="dxa"/>
            </w:tcMar>
            <w:vAlign w:val="center"/>
          </w:tcPr>
          <w:p w14:paraId="479C5998" w14:textId="77777777" w:rsidR="008D5021" w:rsidRDefault="00000000">
            <w:pPr>
              <w:spacing w:line="252" w:lineRule="auto"/>
              <w:jc w:val="center"/>
              <w:rPr>
                <w:rFonts w:ascii="微軟正黑體" w:eastAsia="微軟正黑體" w:hAnsi="微軟正黑體"/>
                <w:color w:val="1F1F1F"/>
                <w:sz w:val="22"/>
              </w:rPr>
            </w:pPr>
            <w:r>
              <w:rPr>
                <w:rFonts w:ascii="微軟正黑體" w:eastAsia="微軟正黑體" w:hAnsi="微軟正黑體"/>
                <w:color w:val="1F1F1F"/>
                <w:sz w:val="22"/>
              </w:rPr>
              <w:lastRenderedPageBreak/>
              <w:t>17</w:t>
            </w:r>
          </w:p>
          <w:p w14:paraId="5425E44D" w14:textId="77777777" w:rsidR="00BD605F" w:rsidRPr="008D5021" w:rsidRDefault="00000000">
            <w:pPr>
              <w:spacing w:line="252" w:lineRule="auto"/>
              <w:jc w:val="center"/>
              <w:rPr>
                <w:rFonts w:ascii="微軟正黑體" w:eastAsia="微軟正黑體" w:hAnsi="微軟正黑體"/>
                <w:spacing w:val="-34"/>
                <w:sz w:val="22"/>
              </w:rPr>
            </w:pPr>
            <w:r w:rsidRPr="008D5021">
              <w:rPr>
                <w:rFonts w:ascii="微軟正黑體" w:eastAsia="微軟正黑體" w:hAnsi="微軟正黑體"/>
                <w:color w:val="1F1F1F"/>
                <w:spacing w:val="-34"/>
                <w:sz w:val="18"/>
                <w:szCs w:val="18"/>
              </w:rPr>
              <w:t>（</w:t>
            </w:r>
            <w:proofErr w:type="spellStart"/>
            <w:r w:rsidRPr="008D5021">
              <w:rPr>
                <w:rFonts w:ascii="微軟正黑體" w:eastAsia="微軟正黑體" w:hAnsi="微軟正黑體"/>
                <w:color w:val="1F1F1F"/>
                <w:spacing w:val="-34"/>
                <w:sz w:val="18"/>
                <w:szCs w:val="18"/>
              </w:rPr>
              <w:t>自主學習</w:t>
            </w:r>
            <w:proofErr w:type="spellEnd"/>
            <w:r w:rsidRPr="008D5021">
              <w:rPr>
                <w:rFonts w:ascii="微軟正黑體" w:eastAsia="微軟正黑體" w:hAnsi="微軟正黑體"/>
                <w:color w:val="1F1F1F"/>
                <w:spacing w:val="-34"/>
                <w:sz w:val="18"/>
                <w:szCs w:val="18"/>
              </w:rPr>
              <w:t>）</w:t>
            </w:r>
          </w:p>
        </w:tc>
        <w:tc>
          <w:tcPr>
            <w:tcW w:w="3191" w:type="dxa"/>
            <w:shd w:val="clear" w:color="auto" w:fill="E2F0D9"/>
            <w:tcMar>
              <w:top w:w="70" w:type="dxa"/>
              <w:left w:w="80" w:type="dxa"/>
              <w:bottom w:w="70" w:type="dxa"/>
              <w:right w:w="80" w:type="dxa"/>
            </w:tcMar>
            <w:vAlign w:val="center"/>
          </w:tcPr>
          <w:p w14:paraId="4CB42DC5" w14:textId="77777777" w:rsidR="00BD605F" w:rsidRDefault="00BD605F">
            <w:pPr>
              <w:spacing w:line="252" w:lineRule="auto"/>
              <w:rPr>
                <w:rFonts w:ascii="微軟正黑體" w:eastAsia="微軟正黑體" w:hAnsi="微軟正黑體"/>
                <w:sz w:val="22"/>
              </w:rPr>
            </w:pPr>
          </w:p>
        </w:tc>
        <w:tc>
          <w:tcPr>
            <w:tcW w:w="8496" w:type="dxa"/>
            <w:shd w:val="clear" w:color="auto" w:fill="E2F0D9"/>
            <w:tcMar>
              <w:top w:w="70" w:type="dxa"/>
              <w:left w:w="80" w:type="dxa"/>
              <w:bottom w:w="70" w:type="dxa"/>
              <w:right w:w="80" w:type="dxa"/>
            </w:tcMar>
          </w:tcPr>
          <w:p w14:paraId="374CC991"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shd w:val="clear" w:color="auto" w:fill="E2F0D9"/>
            <w:tcMar>
              <w:top w:w="70" w:type="dxa"/>
              <w:left w:w="80" w:type="dxa"/>
              <w:bottom w:w="70" w:type="dxa"/>
              <w:right w:w="80" w:type="dxa"/>
            </w:tcMar>
            <w:vAlign w:val="center"/>
          </w:tcPr>
          <w:p w14:paraId="17DD81D7" w14:textId="77777777" w:rsidR="00BD605F" w:rsidRDefault="00BD605F">
            <w:pPr>
              <w:spacing w:line="252" w:lineRule="auto"/>
              <w:rPr>
                <w:rFonts w:ascii="微軟正黑體" w:eastAsia="微軟正黑體" w:hAnsi="微軟正黑體"/>
                <w:sz w:val="22"/>
              </w:rPr>
            </w:pPr>
          </w:p>
        </w:tc>
      </w:tr>
      <w:tr w:rsidR="00BD605F" w14:paraId="11291555" w14:textId="77777777" w:rsidTr="008D5021">
        <w:trPr>
          <w:cantSplit/>
          <w:trHeight w:val="851"/>
          <w:jc w:val="center"/>
        </w:trPr>
        <w:tc>
          <w:tcPr>
            <w:tcW w:w="1129" w:type="dxa"/>
            <w:shd w:val="clear" w:color="auto" w:fill="E2F0D9"/>
            <w:tcMar>
              <w:top w:w="70" w:type="dxa"/>
              <w:left w:w="80" w:type="dxa"/>
              <w:bottom w:w="70" w:type="dxa"/>
              <w:right w:w="80" w:type="dxa"/>
            </w:tcMar>
            <w:vAlign w:val="center"/>
          </w:tcPr>
          <w:p w14:paraId="2BB9D411" w14:textId="77777777" w:rsidR="00BD605F" w:rsidRDefault="00000000">
            <w:pPr>
              <w:spacing w:line="252" w:lineRule="auto"/>
              <w:jc w:val="center"/>
              <w:rPr>
                <w:rFonts w:ascii="微軟正黑體" w:eastAsia="微軟正黑體" w:hAnsi="微軟正黑體"/>
                <w:sz w:val="22"/>
              </w:rPr>
            </w:pPr>
            <w:r>
              <w:rPr>
                <w:rFonts w:ascii="微軟正黑體" w:eastAsia="微軟正黑體" w:hAnsi="微軟正黑體"/>
                <w:color w:val="1F1F1F"/>
                <w:sz w:val="22"/>
              </w:rPr>
              <w:t>18</w:t>
            </w:r>
            <w:r>
              <w:rPr>
                <w:rFonts w:ascii="微軟正黑體" w:eastAsia="微軟正黑體" w:hAnsi="微軟正黑體"/>
                <w:color w:val="1F1F1F"/>
                <w:sz w:val="22"/>
              </w:rPr>
              <w:br/>
            </w:r>
            <w:r w:rsidR="008D5021" w:rsidRPr="008D5021">
              <w:rPr>
                <w:rFonts w:ascii="微軟正黑體" w:eastAsia="微軟正黑體" w:hAnsi="微軟正黑體"/>
                <w:color w:val="1F1F1F"/>
                <w:spacing w:val="-34"/>
                <w:sz w:val="18"/>
                <w:szCs w:val="18"/>
              </w:rPr>
              <w:t>（</w:t>
            </w:r>
            <w:proofErr w:type="spellStart"/>
            <w:r w:rsidR="008D5021" w:rsidRPr="008D5021">
              <w:rPr>
                <w:rFonts w:ascii="微軟正黑體" w:eastAsia="微軟正黑體" w:hAnsi="微軟正黑體"/>
                <w:color w:val="1F1F1F"/>
                <w:spacing w:val="-34"/>
                <w:sz w:val="18"/>
                <w:szCs w:val="18"/>
              </w:rPr>
              <w:t>自主學習</w:t>
            </w:r>
            <w:proofErr w:type="spellEnd"/>
            <w:r w:rsidR="008D5021" w:rsidRPr="008D5021">
              <w:rPr>
                <w:rFonts w:ascii="微軟正黑體" w:eastAsia="微軟正黑體" w:hAnsi="微軟正黑體"/>
                <w:color w:val="1F1F1F"/>
                <w:spacing w:val="-34"/>
                <w:sz w:val="18"/>
                <w:szCs w:val="18"/>
              </w:rPr>
              <w:t>）</w:t>
            </w:r>
          </w:p>
        </w:tc>
        <w:tc>
          <w:tcPr>
            <w:tcW w:w="3191" w:type="dxa"/>
            <w:shd w:val="clear" w:color="auto" w:fill="E2F0D9"/>
            <w:tcMar>
              <w:top w:w="70" w:type="dxa"/>
              <w:left w:w="80" w:type="dxa"/>
              <w:bottom w:w="70" w:type="dxa"/>
              <w:right w:w="80" w:type="dxa"/>
            </w:tcMar>
            <w:vAlign w:val="center"/>
          </w:tcPr>
          <w:p w14:paraId="13095B1B" w14:textId="77777777" w:rsidR="00BD605F" w:rsidRDefault="00BD605F">
            <w:pPr>
              <w:spacing w:line="252" w:lineRule="auto"/>
              <w:rPr>
                <w:rFonts w:ascii="微軟正黑體" w:eastAsia="微軟正黑體" w:hAnsi="微軟正黑體"/>
                <w:sz w:val="22"/>
              </w:rPr>
            </w:pPr>
          </w:p>
        </w:tc>
        <w:tc>
          <w:tcPr>
            <w:tcW w:w="8496" w:type="dxa"/>
            <w:shd w:val="clear" w:color="auto" w:fill="E2F0D9"/>
            <w:tcMar>
              <w:top w:w="70" w:type="dxa"/>
              <w:left w:w="80" w:type="dxa"/>
              <w:bottom w:w="70" w:type="dxa"/>
              <w:right w:w="80" w:type="dxa"/>
            </w:tcMar>
          </w:tcPr>
          <w:p w14:paraId="68F8E6DC" w14:textId="77777777" w:rsidR="00BD605F" w:rsidRDefault="00000000">
            <w:pPr>
              <w:spacing w:line="252" w:lineRule="auto"/>
              <w:rPr>
                <w:rFonts w:ascii="微軟正黑體" w:eastAsia="微軟正黑體" w:hAnsi="微軟正黑體"/>
                <w:sz w:val="22"/>
                <w:lang w:eastAsia="zh-TW"/>
              </w:rPr>
            </w:pPr>
            <w:r>
              <w:rPr>
                <w:rFonts w:ascii="微軟正黑體" w:eastAsia="微軟正黑體" w:hAnsi="微軟正黑體"/>
                <w:b/>
                <w:color w:val="2F5597"/>
                <w:sz w:val="22"/>
                <w:lang w:eastAsia="zh-TW"/>
              </w:rPr>
              <w:t>教學：</w:t>
            </w:r>
            <w:r>
              <w:rPr>
                <w:rFonts w:ascii="微軟正黑體" w:eastAsia="微軟正黑體" w:hAnsi="微軟正黑體"/>
                <w:b/>
                <w:color w:val="2F5597"/>
                <w:sz w:val="22"/>
                <w:lang w:eastAsia="zh-TW"/>
              </w:rPr>
              <w:br/>
              <w:t>評量：</w:t>
            </w:r>
          </w:p>
        </w:tc>
        <w:tc>
          <w:tcPr>
            <w:tcW w:w="2520" w:type="dxa"/>
            <w:shd w:val="clear" w:color="auto" w:fill="E2F0D9"/>
            <w:tcMar>
              <w:top w:w="70" w:type="dxa"/>
              <w:left w:w="80" w:type="dxa"/>
              <w:bottom w:w="70" w:type="dxa"/>
              <w:right w:w="80" w:type="dxa"/>
            </w:tcMar>
            <w:vAlign w:val="center"/>
          </w:tcPr>
          <w:p w14:paraId="2FBD6DC6" w14:textId="77777777" w:rsidR="00BD605F" w:rsidRDefault="00BD605F">
            <w:pPr>
              <w:spacing w:line="252" w:lineRule="auto"/>
              <w:rPr>
                <w:rFonts w:ascii="微軟正黑體" w:eastAsia="微軟正黑體" w:hAnsi="微軟正黑體"/>
                <w:sz w:val="22"/>
              </w:rPr>
            </w:pPr>
          </w:p>
        </w:tc>
      </w:tr>
    </w:tbl>
    <w:p w14:paraId="70240D88" w14:textId="77777777" w:rsidR="00BD605F" w:rsidRDefault="00BD605F">
      <w:pPr>
        <w:rPr>
          <w:rFonts w:ascii="微軟正黑體" w:eastAsia="微軟正黑體" w:hAnsi="微軟正黑體"/>
        </w:rPr>
        <w:sectPr w:rsidR="00BD605F">
          <w:pgSz w:w="16838" w:h="11906" w:orient="landscape"/>
          <w:pgMar w:top="680" w:right="680" w:bottom="680" w:left="680" w:header="720" w:footer="720" w:gutter="0"/>
          <w:cols w:space="720"/>
          <w:docGrid w:linePitch="360"/>
        </w:sectPr>
      </w:pPr>
    </w:p>
    <w:p w14:paraId="32280854" w14:textId="77777777" w:rsidR="00BD605F" w:rsidRDefault="00000000">
      <w:pPr>
        <w:keepNext/>
        <w:shd w:val="clear" w:color="auto" w:fill="D9EAF7"/>
        <w:spacing w:before="160" w:after="120"/>
        <w:rPr>
          <w:rFonts w:ascii="微軟正黑體" w:eastAsia="微軟正黑體" w:hAnsi="微軟正黑體"/>
          <w:lang w:eastAsia="zh-TW"/>
        </w:rPr>
      </w:pPr>
      <w:r>
        <w:rPr>
          <w:rFonts w:ascii="微軟正黑體" w:eastAsia="微軟正黑體" w:hAnsi="微軟正黑體"/>
          <w:b/>
          <w:color w:val="2F5597"/>
          <w:sz w:val="28"/>
          <w:lang w:eastAsia="zh-TW"/>
        </w:rPr>
        <w:lastRenderedPageBreak/>
        <w:t>肆、教學實施與學習成果佐證（選填）</w:t>
      </w:r>
    </w:p>
    <w:tbl>
      <w:tblPr>
        <w:tblW w:w="0" w:type="auto"/>
        <w:jc w:val="center"/>
        <w:tblLook w:val="04A0" w:firstRow="1" w:lastRow="0" w:firstColumn="1" w:lastColumn="0" w:noHBand="0" w:noVBand="1"/>
      </w:tblPr>
      <w:tblGrid>
        <w:gridCol w:w="10206"/>
      </w:tblGrid>
      <w:tr w:rsidR="00BD605F" w14:paraId="1E408FE9" w14:textId="77777777">
        <w:trPr>
          <w:cantSplit/>
          <w:jc w:val="center"/>
        </w:trPr>
        <w:tc>
          <w:tcPr>
            <w:tcW w:w="10206" w:type="dxa"/>
            <w:shd w:val="clear" w:color="auto" w:fill="EEF5FB"/>
            <w:tcMar>
              <w:top w:w="120" w:type="dxa"/>
              <w:left w:w="140" w:type="dxa"/>
              <w:bottom w:w="120" w:type="dxa"/>
              <w:right w:w="140" w:type="dxa"/>
            </w:tcMar>
          </w:tcPr>
          <w:p w14:paraId="44D443F9" w14:textId="77777777" w:rsidR="00BD605F" w:rsidRDefault="00000000">
            <w:pPr>
              <w:spacing w:after="0"/>
              <w:rPr>
                <w:rFonts w:ascii="微軟正黑體" w:eastAsia="微軟正黑體" w:hAnsi="微軟正黑體"/>
                <w:sz w:val="22"/>
                <w:lang w:eastAsia="zh-TW"/>
              </w:rPr>
            </w:pPr>
            <w:r>
              <w:rPr>
                <w:rFonts w:ascii="微軟正黑體" w:eastAsia="微軟正黑體" w:hAnsi="微軟正黑體"/>
                <w:b/>
                <w:color w:val="2F5597"/>
                <w:sz w:val="22"/>
                <w:lang w:eastAsia="zh-TW"/>
              </w:rPr>
              <w:t>照片／成果佐證填寫建議</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照片不只作為活動紀錄，建議同時標示「活動名稱、對應UCAN內涵、教學方法、評量方式／學習證據」，讓照片與職能培養形成連結。</w:t>
            </w:r>
            <w:r>
              <w:rPr>
                <w:rFonts w:ascii="微軟正黑體" w:eastAsia="微軟正黑體" w:hAnsi="微軟正黑體"/>
                <w:sz w:val="22"/>
                <w:lang w:eastAsia="zh-TW"/>
              </w:rPr>
              <w:br/>
            </w:r>
            <w:proofErr w:type="gramStart"/>
            <w:r>
              <w:rPr>
                <w:rFonts w:ascii="微軟正黑體" w:eastAsia="微軟正黑體" w:hAnsi="微軟正黑體"/>
                <w:sz w:val="22"/>
                <w:lang w:eastAsia="zh-TW"/>
              </w:rPr>
              <w:t>•</w:t>
            </w:r>
            <w:proofErr w:type="gramEnd"/>
            <w:r>
              <w:rPr>
                <w:rFonts w:ascii="微軟正黑體" w:eastAsia="微軟正黑體" w:hAnsi="微軟正黑體"/>
                <w:sz w:val="22"/>
                <w:lang w:eastAsia="zh-TW"/>
              </w:rPr>
              <w:t xml:space="preserve"> 可依實際需要增刪照片或成果佐證欄位；未使用之欄位可刪除。</w:t>
            </w:r>
          </w:p>
        </w:tc>
      </w:tr>
    </w:tbl>
    <w:tbl>
      <w:tblPr>
        <w:tblStyle w:val="aff2"/>
        <w:tblW w:w="0" w:type="auto"/>
        <w:jc w:val="center"/>
        <w:tblLayout w:type="fixed"/>
        <w:tblLook w:val="04A0" w:firstRow="1" w:lastRow="0" w:firstColumn="1" w:lastColumn="0" w:noHBand="0" w:noVBand="1"/>
      </w:tblPr>
      <w:tblGrid>
        <w:gridCol w:w="5112"/>
        <w:gridCol w:w="5112"/>
      </w:tblGrid>
      <w:tr w:rsidR="00BD605F" w14:paraId="7738399F" w14:textId="77777777">
        <w:trPr>
          <w:cantSplit/>
          <w:trHeight w:val="4968"/>
          <w:jc w:val="center"/>
        </w:trPr>
        <w:tc>
          <w:tcPr>
            <w:tcW w:w="5112" w:type="dxa"/>
            <w:tcMar>
              <w:top w:w="60" w:type="dxa"/>
              <w:left w:w="70" w:type="dxa"/>
              <w:bottom w:w="70" w:type="dxa"/>
              <w:right w:w="70" w:type="dxa"/>
            </w:tcMar>
          </w:tcPr>
          <w:p w14:paraId="2DDD9910" w14:textId="77777777" w:rsidR="00BD605F" w:rsidRDefault="00000000">
            <w:pPr>
              <w:rPr>
                <w:rFonts w:ascii="微軟正黑體" w:eastAsia="微軟正黑體" w:hAnsi="微軟正黑體"/>
                <w:szCs w:val="20"/>
                <w:lang w:eastAsia="zh-TW"/>
              </w:rPr>
            </w:pPr>
            <w:r>
              <w:rPr>
                <w:rFonts w:ascii="微軟正黑體" w:eastAsia="微軟正黑體" w:hAnsi="微軟正黑體"/>
                <w:noProof/>
                <w:szCs w:val="20"/>
                <w:lang w:eastAsia="zh-TW"/>
              </w:rPr>
              <w:t>（請於此處插入照片或成果截圖）</w:t>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t>活動名稱：</w:t>
            </w:r>
            <w:r>
              <w:rPr>
                <w:rFonts w:ascii="微軟正黑體" w:eastAsia="微軟正黑體" w:hAnsi="微軟正黑體"/>
                <w:noProof/>
                <w:szCs w:val="20"/>
                <w:lang w:eastAsia="zh-TW"/>
              </w:rPr>
              <w:br/>
              <w:t>對應UCAN內涵：</w:t>
            </w:r>
            <w:r>
              <w:rPr>
                <w:rFonts w:ascii="微軟正黑體" w:eastAsia="微軟正黑體" w:hAnsi="微軟正黑體"/>
                <w:noProof/>
                <w:szCs w:val="20"/>
                <w:lang w:eastAsia="zh-TW"/>
              </w:rPr>
              <w:br/>
              <w:t>教學方法：</w:t>
            </w:r>
            <w:r>
              <w:rPr>
                <w:rFonts w:ascii="微軟正黑體" w:eastAsia="微軟正黑體" w:hAnsi="微軟正黑體"/>
                <w:noProof/>
                <w:szCs w:val="20"/>
                <w:lang w:eastAsia="zh-TW"/>
              </w:rPr>
              <w:br/>
              <w:t>評量方式／學習證據：</w:t>
            </w:r>
          </w:p>
        </w:tc>
        <w:tc>
          <w:tcPr>
            <w:tcW w:w="5112" w:type="dxa"/>
            <w:tcMar>
              <w:top w:w="60" w:type="dxa"/>
              <w:left w:w="70" w:type="dxa"/>
              <w:bottom w:w="70" w:type="dxa"/>
              <w:right w:w="70" w:type="dxa"/>
            </w:tcMar>
          </w:tcPr>
          <w:p w14:paraId="2945D63A" w14:textId="77777777" w:rsidR="00BD605F" w:rsidRDefault="00000000">
            <w:pPr>
              <w:rPr>
                <w:rFonts w:ascii="微軟正黑體" w:eastAsia="微軟正黑體" w:hAnsi="微軟正黑體"/>
                <w:szCs w:val="20"/>
                <w:lang w:eastAsia="zh-TW"/>
              </w:rPr>
            </w:pPr>
            <w:r>
              <w:rPr>
                <w:rFonts w:ascii="微軟正黑體" w:eastAsia="微軟正黑體" w:hAnsi="微軟正黑體"/>
                <w:noProof/>
                <w:szCs w:val="20"/>
                <w:lang w:eastAsia="zh-TW"/>
              </w:rPr>
              <w:t>（請於此處插入照片或成果截圖）</w:t>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t>活動名稱：</w:t>
            </w:r>
            <w:r>
              <w:rPr>
                <w:rFonts w:ascii="微軟正黑體" w:eastAsia="微軟正黑體" w:hAnsi="微軟正黑體"/>
                <w:noProof/>
                <w:szCs w:val="20"/>
                <w:lang w:eastAsia="zh-TW"/>
              </w:rPr>
              <w:br/>
              <w:t>對應UCAN內涵：</w:t>
            </w:r>
            <w:r>
              <w:rPr>
                <w:rFonts w:ascii="微軟正黑體" w:eastAsia="微軟正黑體" w:hAnsi="微軟正黑體"/>
                <w:noProof/>
                <w:szCs w:val="20"/>
                <w:lang w:eastAsia="zh-TW"/>
              </w:rPr>
              <w:br/>
              <w:t>教學方法：</w:t>
            </w:r>
            <w:r>
              <w:rPr>
                <w:rFonts w:ascii="微軟正黑體" w:eastAsia="微軟正黑體" w:hAnsi="微軟正黑體"/>
                <w:noProof/>
                <w:szCs w:val="20"/>
                <w:lang w:eastAsia="zh-TW"/>
              </w:rPr>
              <w:br/>
              <w:t>評量方式／學習證據：</w:t>
            </w:r>
          </w:p>
        </w:tc>
      </w:tr>
      <w:tr w:rsidR="00BD605F" w14:paraId="067D8688" w14:textId="77777777">
        <w:trPr>
          <w:cantSplit/>
          <w:trHeight w:val="4968"/>
          <w:jc w:val="center"/>
        </w:trPr>
        <w:tc>
          <w:tcPr>
            <w:tcW w:w="5112" w:type="dxa"/>
            <w:tcMar>
              <w:top w:w="60" w:type="dxa"/>
              <w:left w:w="70" w:type="dxa"/>
              <w:bottom w:w="70" w:type="dxa"/>
              <w:right w:w="70" w:type="dxa"/>
            </w:tcMar>
          </w:tcPr>
          <w:p w14:paraId="43077EB3" w14:textId="77777777" w:rsidR="00BD605F" w:rsidRDefault="00000000">
            <w:pPr>
              <w:rPr>
                <w:rFonts w:ascii="微軟正黑體" w:eastAsia="微軟正黑體" w:hAnsi="微軟正黑體"/>
                <w:szCs w:val="20"/>
                <w:lang w:eastAsia="zh-TW"/>
              </w:rPr>
            </w:pPr>
            <w:r>
              <w:rPr>
                <w:rFonts w:ascii="微軟正黑體" w:eastAsia="微軟正黑體" w:hAnsi="微軟正黑體"/>
                <w:noProof/>
                <w:szCs w:val="20"/>
                <w:lang w:eastAsia="zh-TW"/>
              </w:rPr>
              <w:t>（請於此處插入照片或成果截圖）</w:t>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t>活動名稱：</w:t>
            </w:r>
            <w:r>
              <w:rPr>
                <w:rFonts w:ascii="微軟正黑體" w:eastAsia="微軟正黑體" w:hAnsi="微軟正黑體"/>
                <w:noProof/>
                <w:szCs w:val="20"/>
                <w:lang w:eastAsia="zh-TW"/>
              </w:rPr>
              <w:br/>
              <w:t>對應UCAN內涵：</w:t>
            </w:r>
            <w:r>
              <w:rPr>
                <w:rFonts w:ascii="微軟正黑體" w:eastAsia="微軟正黑體" w:hAnsi="微軟正黑體"/>
                <w:noProof/>
                <w:szCs w:val="20"/>
                <w:lang w:eastAsia="zh-TW"/>
              </w:rPr>
              <w:br/>
              <w:t>教學方法：</w:t>
            </w:r>
            <w:r>
              <w:rPr>
                <w:rFonts w:ascii="微軟正黑體" w:eastAsia="微軟正黑體" w:hAnsi="微軟正黑體"/>
                <w:noProof/>
                <w:szCs w:val="20"/>
                <w:lang w:eastAsia="zh-TW"/>
              </w:rPr>
              <w:br/>
              <w:t>評量方式／學習證據：</w:t>
            </w:r>
          </w:p>
        </w:tc>
        <w:tc>
          <w:tcPr>
            <w:tcW w:w="5112" w:type="dxa"/>
            <w:tcMar>
              <w:top w:w="60" w:type="dxa"/>
              <w:left w:w="70" w:type="dxa"/>
              <w:bottom w:w="70" w:type="dxa"/>
              <w:right w:w="70" w:type="dxa"/>
            </w:tcMar>
          </w:tcPr>
          <w:p w14:paraId="11946F46" w14:textId="77777777" w:rsidR="00BD605F" w:rsidRDefault="00000000">
            <w:pPr>
              <w:rPr>
                <w:rFonts w:ascii="微軟正黑體" w:eastAsia="微軟正黑體" w:hAnsi="微軟正黑體"/>
                <w:szCs w:val="20"/>
                <w:lang w:eastAsia="zh-TW"/>
              </w:rPr>
            </w:pPr>
            <w:r>
              <w:rPr>
                <w:rFonts w:ascii="微軟正黑體" w:eastAsia="微軟正黑體" w:hAnsi="微軟正黑體"/>
                <w:noProof/>
                <w:szCs w:val="20"/>
                <w:lang w:eastAsia="zh-TW"/>
              </w:rPr>
              <w:t>（請於此處插入照片或成果截圖）</w:t>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r>
            <w:r>
              <w:rPr>
                <w:rFonts w:ascii="微軟正黑體" w:eastAsia="微軟正黑體" w:hAnsi="微軟正黑體"/>
                <w:noProof/>
                <w:szCs w:val="20"/>
                <w:lang w:eastAsia="zh-TW"/>
              </w:rPr>
              <w:br/>
              <w:t>活動名稱：</w:t>
            </w:r>
            <w:r>
              <w:rPr>
                <w:rFonts w:ascii="微軟正黑體" w:eastAsia="微軟正黑體" w:hAnsi="微軟正黑體"/>
                <w:noProof/>
                <w:szCs w:val="20"/>
                <w:lang w:eastAsia="zh-TW"/>
              </w:rPr>
              <w:br/>
              <w:t>對應UCAN內涵：</w:t>
            </w:r>
            <w:r>
              <w:rPr>
                <w:rFonts w:ascii="微軟正黑體" w:eastAsia="微軟正黑體" w:hAnsi="微軟正黑體"/>
                <w:noProof/>
                <w:szCs w:val="20"/>
                <w:lang w:eastAsia="zh-TW"/>
              </w:rPr>
              <w:br/>
              <w:t>教學方法：</w:t>
            </w:r>
            <w:r>
              <w:rPr>
                <w:rFonts w:ascii="微軟正黑體" w:eastAsia="微軟正黑體" w:hAnsi="微軟正黑體"/>
                <w:noProof/>
                <w:szCs w:val="20"/>
                <w:lang w:eastAsia="zh-TW"/>
              </w:rPr>
              <w:br/>
              <w:t>評量方式／學習證據：</w:t>
            </w:r>
          </w:p>
        </w:tc>
      </w:tr>
    </w:tbl>
    <w:p w14:paraId="189EC86E" w14:textId="77777777" w:rsidR="00BD605F" w:rsidRDefault="00000000">
      <w:pPr>
        <w:spacing w:before="160"/>
        <w:rPr>
          <w:rFonts w:ascii="微軟正黑體" w:eastAsia="微軟正黑體" w:hAnsi="微軟正黑體"/>
          <w:sz w:val="22"/>
          <w:lang w:eastAsia="zh-TW"/>
        </w:rPr>
      </w:pPr>
      <w:r>
        <w:rPr>
          <w:rFonts w:ascii="微軟正黑體" w:eastAsia="微軟正黑體" w:hAnsi="微軟正黑體"/>
          <w:b/>
          <w:color w:val="2F5597"/>
          <w:sz w:val="22"/>
          <w:lang w:eastAsia="zh-TW"/>
        </w:rPr>
        <w:t>備註：本表為「資訊科技應用」UCAN共通職能教師填寫版。請依實際授課設計與評量資料填寫；照片或成果佐證為選填項目。</w:t>
      </w:r>
    </w:p>
    <w:sectPr w:rsidR="00BD605F">
      <w:pgSz w:w="11906" w:h="16838"/>
      <w:pgMar w:top="850" w:right="850" w:bottom="850"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BBE73" w14:textId="77777777" w:rsidR="0039108F" w:rsidRDefault="0039108F">
      <w:pPr>
        <w:spacing w:after="0" w:line="240" w:lineRule="auto"/>
      </w:pPr>
      <w:r>
        <w:separator/>
      </w:r>
    </w:p>
  </w:endnote>
  <w:endnote w:type="continuationSeparator" w:id="0">
    <w:p w14:paraId="5776A110" w14:textId="77777777" w:rsidR="0039108F" w:rsidRDefault="0039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CJK T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77363"/>
      <w:docPartObj>
        <w:docPartGallery w:val="Page Numbers (Bottom of Page)"/>
        <w:docPartUnique/>
      </w:docPartObj>
    </w:sdtPr>
    <w:sdtContent>
      <w:p w14:paraId="45C4AB2E" w14:textId="77777777" w:rsidR="0010637F" w:rsidRDefault="0010637F">
        <w:pPr>
          <w:pStyle w:val="a7"/>
          <w:jc w:val="center"/>
        </w:pPr>
        <w:r>
          <w:fldChar w:fldCharType="begin"/>
        </w:r>
        <w:r>
          <w:instrText>PAGE   \* MERGEFORMAT</w:instrText>
        </w:r>
        <w:r>
          <w:fldChar w:fldCharType="separate"/>
        </w:r>
        <w:r>
          <w:rPr>
            <w:lang w:val="zh-TW" w:eastAsia="zh-TW"/>
          </w:rPr>
          <w:t>2</w:t>
        </w:r>
        <w:r>
          <w:fldChar w:fldCharType="end"/>
        </w:r>
      </w:p>
    </w:sdtContent>
  </w:sdt>
  <w:p w14:paraId="24E7CF04" w14:textId="77777777" w:rsidR="00BD605F" w:rsidRPr="0010637F" w:rsidRDefault="00BD605F" w:rsidP="0010637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617C5" w14:textId="77777777" w:rsidR="0039108F" w:rsidRDefault="0039108F">
      <w:pPr>
        <w:spacing w:after="0" w:line="240" w:lineRule="auto"/>
      </w:pPr>
      <w:r>
        <w:separator/>
      </w:r>
    </w:p>
  </w:footnote>
  <w:footnote w:type="continuationSeparator" w:id="0">
    <w:p w14:paraId="0A32E5CD" w14:textId="77777777" w:rsidR="0039108F" w:rsidRDefault="00391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C2065" w14:textId="77777777" w:rsidR="00564D6C" w:rsidRPr="00564D6C" w:rsidRDefault="00564D6C" w:rsidP="00564D6C">
    <w:pPr>
      <w:pStyle w:val="a5"/>
      <w:jc w:val="right"/>
      <w:rPr>
        <w:rFonts w:ascii="Times New Roman" w:eastAsia="新細明體" w:hAnsi="Times New Roman" w:cs="Times New Roman"/>
        <w:lang w:eastAsia="zh-TW"/>
      </w:rPr>
    </w:pPr>
    <w:r w:rsidRPr="00564D6C">
      <w:rPr>
        <w:rFonts w:ascii="Times New Roman" w:eastAsia="新細明體" w:hAnsi="Times New Roman" w:cs="Times New Roman"/>
        <w:lang w:eastAsia="zh-TW"/>
      </w:rPr>
      <w:t>NTCU_CTD 1180820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47773455">
    <w:abstractNumId w:val="8"/>
  </w:num>
  <w:num w:numId="2" w16cid:durableId="1418597094">
    <w:abstractNumId w:val="6"/>
  </w:num>
  <w:num w:numId="3" w16cid:durableId="1042905839">
    <w:abstractNumId w:val="5"/>
  </w:num>
  <w:num w:numId="4" w16cid:durableId="177280254">
    <w:abstractNumId w:val="4"/>
  </w:num>
  <w:num w:numId="5" w16cid:durableId="380717483">
    <w:abstractNumId w:val="7"/>
  </w:num>
  <w:num w:numId="6" w16cid:durableId="1672484829">
    <w:abstractNumId w:val="3"/>
  </w:num>
  <w:num w:numId="7" w16cid:durableId="2147312371">
    <w:abstractNumId w:val="2"/>
  </w:num>
  <w:num w:numId="8" w16cid:durableId="384453142">
    <w:abstractNumId w:val="1"/>
  </w:num>
  <w:num w:numId="9" w16cid:durableId="1931815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E29"/>
    <w:rsid w:val="00034616"/>
    <w:rsid w:val="0006063C"/>
    <w:rsid w:val="000614C8"/>
    <w:rsid w:val="0010637F"/>
    <w:rsid w:val="0015074B"/>
    <w:rsid w:val="00194424"/>
    <w:rsid w:val="001F2487"/>
    <w:rsid w:val="0029639D"/>
    <w:rsid w:val="00310DDF"/>
    <w:rsid w:val="0031300D"/>
    <w:rsid w:val="00326F90"/>
    <w:rsid w:val="00387B7E"/>
    <w:rsid w:val="0039108F"/>
    <w:rsid w:val="004364BF"/>
    <w:rsid w:val="00564D6C"/>
    <w:rsid w:val="005915F9"/>
    <w:rsid w:val="00615948"/>
    <w:rsid w:val="00632445"/>
    <w:rsid w:val="006402C4"/>
    <w:rsid w:val="006774A7"/>
    <w:rsid w:val="007110D0"/>
    <w:rsid w:val="00740E46"/>
    <w:rsid w:val="007D7B6B"/>
    <w:rsid w:val="008444E0"/>
    <w:rsid w:val="00862100"/>
    <w:rsid w:val="00876214"/>
    <w:rsid w:val="008C66D1"/>
    <w:rsid w:val="008D5021"/>
    <w:rsid w:val="00A22728"/>
    <w:rsid w:val="00A24EBD"/>
    <w:rsid w:val="00AA1D8D"/>
    <w:rsid w:val="00B47730"/>
    <w:rsid w:val="00B5662D"/>
    <w:rsid w:val="00B83571"/>
    <w:rsid w:val="00BD605F"/>
    <w:rsid w:val="00C96001"/>
    <w:rsid w:val="00CB0664"/>
    <w:rsid w:val="00D71897"/>
    <w:rsid w:val="00D72141"/>
    <w:rsid w:val="00FB20F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03942C"/>
  <w14:defaultImageDpi w14:val="300"/>
  <w15:docId w15:val="{A95EC70B-F79F-4EB2-98F3-E9F84FE6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Noto Sans CJK TC" w:eastAsia="Noto Sans CJK TC" w:hAnsi="Noto Sans CJK TC"/>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tabs>
        <w:tab w:val="clear" w:pos="720"/>
        <w:tab w:val="num" w:pos="360"/>
      </w:tabs>
      <w:ind w:left="0" w:firstLine="0"/>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sysop</dc:creator>
  <cp:keywords/>
  <dc:description>generated by python-docx</dc:description>
  <cp:lastModifiedBy>sysop</cp:lastModifiedBy>
  <cp:revision>4</cp:revision>
  <dcterms:created xsi:type="dcterms:W3CDTF">2026-08-20T10:19:00Z</dcterms:created>
  <dcterms:modified xsi:type="dcterms:W3CDTF">2026-08-20T10:21:00Z</dcterms:modified>
  <cp:category/>
</cp:coreProperties>
</file>